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Adjust a Torque Wrench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Identify your torque wrench packaging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Front of the DeWalt torque wrench box showing the product name, torque range (50–250 ft-lb / 74.6–345.7 Nm), drive size (1/2" DR), and high-accuracy feature.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Locate the part number and warranty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Bottom of the DeWalt torque wrench box showing the part number (DWMT75462), one-year limited warranty, and diagrams for directional change and click indicator.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Unbox the torque wrench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DeWalt torque wrench in its yellow plastic case, placed on a garage floor with a car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Understand the function of a torque wrench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Handle the torque wrench carefully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Reading the torque scales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Locate the foot-pound (FT-LBS) scale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wrench shaft showing the FT-LBS scale, with values from 50 to 250 foot-pounds.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Locate the Newton-meter (Nm) scale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wrench shaft showing the Newton-meter (Nm) scale, with values from 74.6 to 345.7 Nm.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Match the scale to your specification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Identify the adjustment dial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yellow adjustment dial at the base of the torque wrench, showing numbers 0–9 and Nm values.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Setting the desired torque value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Unlock and rotate the adjustment dial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yellow adjustment dial on the torque wrench, showing numbers 0–9 and Nm values.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Align the target value on the shaft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wrench shaft showing the FT-LBS scale, with values from 80 to 120 foot-pounds, and the adjustment dial set near 0.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Observe the drop-down reference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wrench shaft showing the 100 ft-lb mark and its drop-down reference line.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Rotate until only the target value is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wrench with the adjustment dial rotated so the 100 ft-lb mark is aligned at the top, and the zero mark on the dial aligns with the drop-down line.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Fine-tune the setting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wrench set exactly to 100 ft-lb, with the zero mark on the dial aligned with the drop-down line from the 100 mark.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Confirm the torque setting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wrench set to 100 ft-lb, with the zero mark on the dial aligned with the 100 mark on the shaft.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Checking vehicle torque specifications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Verify the manufacturer's specification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Ford Mustang wheel, illustrating the context for checking and applying the correct torque specification.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the torque wrench to tighten lug nuts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Attach an extension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torque wrench and a small extension bar in front of a red Mustang wheel, preparing to attach the extension.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Attach the correct socket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torque wrench with a small extension and socket attached, held in front of the Mustang wheel.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Confirm the tightening direction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torque wrench with extension and socket attached, positioned near the wheel and ready to use.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Prepare the vehicle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Tighten the first lug nut until it clicks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torque wrench with extension and socket to tighten a lug nut on the Mustang wheel.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Continue in a star pattern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torque wrench to tighten another lug nut in a star pattern on the Mustang wheel.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Stop tightening at each click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finishing tightening a lug nut with a torque wrench, hand resting on the wrench after the click.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24. Reset the torque wrench after 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Example: Setting a torque wrench to 145 ft-lb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25. Avoid over-spinning the dial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GMC vehicle wheel and tire, showing the lug nuts and rim before any tools are used.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26. Set the main scale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a torque wrench, with a close-up on the scale showing ft-lb and Nm markings, the yellow adjustment ring visible, and the main scale set near 140. The vehicle wheel is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27. Fine-tune to the exact value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torque wrench scale showing the indicator at 145 ft-lb, with the yellow adjustment ring set to 5 and the main scale past 140. The vehicle wheel is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Another close-up of the torque wrench clearly showing the yellow adjustment ring set to 5 and the main scale at 140, confirming a total of 145 ft-lb.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28. Tighten lug nuts in a star pattern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GMC wheel with lug nuts, no tool in use yet, illustrating the tightening pattern.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29. Apply torque until the wrench clicks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wrench being used on a lug nut, with the user applying force to tighten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30. Understand torque wrench limitations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using a torque wrench on a lug nut, showing proper hand placement and body position while applying force.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31. Stop tightening when the threshold is reached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wrench on a lug nut, with the user's hand off the wrench after tightening, showing the process is complete for that nut.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32. Repeat for all lug nuts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YouTube video recommendations showing thumbnails of tool review videos, including ratchets, breaker bars, and impact drivers, with model cars and tool names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YouTube video recommendations showing thumbnails of tool and repair videos, including socket selection, circular saw features, and blade replacement, with clear labels and tool images.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