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Oil Immersion on a Microscope for Bacterial Identification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laboratory setup with a microscope on a table, a person in a magenta shirt, lab cabinets, glassware, a "Wear Your Gloves" safety poster, and a whiteboard in the background. The microscope is positioned for use.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Prerequisites and expectations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Place the slide and set up low-power viewing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Find the smear at 10x and verify condenser alignment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microscope setup while adjusting the coarse focus knob and looking through the eyepiece; a slide is on the stage, with lab safety posters and cabinets in the background.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condenser adjustment while looking through the microscope, holding the fine focus knob and an inoculating loop, with lab cabinets and safety posters visible in the background.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Instructor, looking through the microscope, adjusts the fine focus knob to bring the specimen into focus.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Switch to the 40x objective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sits back from the microscope, preparing to switch to the 40x objective.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importance of using only the fine adjustment knob at 40x magnification.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troubleshooting by returning to the 10x objective and adjusting focus, emphasizing centering the specimen.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looking through the microscope and adjusting the fine focus knob, demonstrating how to change focus direction depending on the specimen, with lab cabinets and safety posters in the background.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Confirm slide orientation and focus at 40x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gesturing over the microscope stage, explaining common student issues with focusing.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looking through the microscope, focusing on the 40x objective.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Position the turret between 40x and 100x before applying oil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adjusting the microscope, preparing to transition between objectives.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adjusting the focus knob, emphasizing not to go directly to the 100x objective.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what to expect if the image appears blurry before oil is applied.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importance of distinguishing pink from purple coloration in Gram stain results.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how to rotate the objective turret between the 40x and 100x positions, emphasizing oil application precautions.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the objective turret between the 40x and 100x positions, preparing for oil application.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looking at the slide and turret, preparing to apply oil.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Apply immersion oil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seated at a lab table with a microscope, preparing to discuss the immersion oil bottle; the microscope and lab environment are clearly visible.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an immersion oil bottle and using a dropper to prepare a drop of oil above the slide, demonstrating proper technique.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leaning in and carefully applying a drop of immersion oil to the slide, ensuring the dropper does not touch the slide.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the recapped oil bottle, demonstrating safe handling after oil application.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Focus with the 100x objective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gesturing and emphasizing the importance of absolute focus and centering before using the 100x objective.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critical step of not returning to lower objectives after oil application.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looking through the microscope and adjusting the fine focus knob to achieve a clear image under the 100x objective.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continuing to adjust the focus knob, demonstrating troubleshooting for focusing problems.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emphasizing the importance of not switching back to the 40x objective after oil application.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Recover the specimen if lost under oil immersion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need to return to the 10x objective if the specimen cannot be found under 100x.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emphasizing the restriction against using the 40x objective after oil application.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reiterating the correct refocusing sequence: 10x to 100x, never through 40x.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calmly explaining the increased difficulty of refocusing if the specimen is lost under oil immersion.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need to remove oil with a chem wipe and start over if the specimen cannot be found.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summarizing the importance of focusing on 40x before applying oil.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Identify bacteria under 100x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how to identify the correct specimen under 100x, using a raised finger to emphasize the point.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using both hands to illustrate the size difference between bacteria and other objects on the slide.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not to draw bacteria as big blobs, with the microscope and lab setting visible.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explaining the importance of finding bacteria before proceeding, with the microscope and lab visible.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emphasizing the necessity of finding bacteria under oil immersion in the lab setting.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Clean the oil immersion lens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preparing to clean the microscope lens after oil immersion use.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a paper towel, warning not to use it on the lens.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gentle dabbing of the lens with lens paper.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gently dabbing the lens with lens paper, demonstrating proper cleaning technique.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Finish observation and store the microscope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beside the microscope, holding lens paper, preparing to finish up after observation.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addressing the class, emphasizing communication before discarding slides.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confirming understanding of the instructions.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rotating the microscope nosepiece to the lowest power objective.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centering the mechanical stage arm on the microscope.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the proper two-handed carrying technique for the microscope.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pointing to the microscope base, warning about heat from the light source.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gesturing to the microscope, emphasizing correct storage location by number.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Clean lab environment with the microscope properly positioned after the workspace has been tidied.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52"/>
      <w:footerReference w:type="default" r:id="rId5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header" Target="header1.xml"/><Relationship Id="rId5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