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an Analytical Balance: Instrument Calibration Log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analytical balance display showing a reading of 1.4296 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using a vacuum or cleaning tool inside the analytical balance weigh pan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Instrument Details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can of tomato soup marked with a large red X, showing an item too heavy to weigh on the balance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Schedule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224"/>
        <w:gridCol w:w="7416"/>
      </w:tblGrid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ceiling air vent, marking an airflow source to avoid when positioning the balance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Standards Used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±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labeled container of Tris Base, Fisher Scientific, 500 g, BP152-500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Results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analytical balance display showing the TARE button and a reading of 0.1603 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laboratory technician in a lab coat and gloves preparing weighing paper next to the analytical balance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Lab technician in a lab coat and gloves closing the glass doors of the balance after adding sodium bicarbonate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Lab technician in gloves writing in a lab notebook, with a labeled sodium bicarbonate container nearby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7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±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Analytical balance display showing 12.1918 g, with a blue weigh boat containing white powder on the pan; overlay text reads "plus or minus 0.02 g"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Maintenance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Lab technician preparing to clean the analytical balance, with the balance in standby mode and the workspace organized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Lab technician removing the weigh pan and components from the analytical balance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Lab technician replacing the drip ring and weigh pan after cleaning the analytical balance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Out-of-Tolerance Actions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Approval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placing or adjusting the weigh pan inside the open analytical balance chamber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Wide view of a laboratory with a technician working at a bench, with cabinets and equipment visible in the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screen indicating the end of the session or video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