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Spectrophotometer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Spectrophotometer display showing 480 nm and 0.0 after removing the blank cuvette, ready for a measurement at the new wavelength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Red screen with white text: "Thank You for Watching. How to Use a Spectrophotometer"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materials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points to the Wavelength Control Knob on the spectrophotometer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Spectrophotometer display instructing you to select Transmittance before making adjustments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Identify the spectrophotometer parts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Spectrophotometer on a lab bench with the sample compartment visible, lint-free wipes, and a cuvette rack nearby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points to the Mode Select button area on the spectrophotometer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Prepare your cuvettes and solutions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Spectrophotometer on a lab bench with an on-screen introduction to preparing cuvettes and solutions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holds a cuvette filled with the blank solution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Set the spectrophotometer to transmittance mode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Spectrophotometer display instructing you to press Mode Select to choose Transmittance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Spectrophotometer display with instruction "Press the Mode Select Button to select Transmittance"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Calibrate the spectrophotometer and insert the blank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adjusting the Wavelength Control Knob while the display shows 350 nm and 0.0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Spectrophotometer display confirming the wavelength setting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turning the zero control knob while the display shows 420 nm and 0.1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turning the zero control knob while the display shows 420 nm and 0.0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Spectrophotometer with the sample compartment open, display showing 420 nm and 0.0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aligning and inserting the cuvette into the sample compartment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turning the Transmittance/Absorbance Control Knob while the display shows 420 nm and 95.2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turning the Transmittance/Absorbance Control Knob while the display shows 420 nm and 101.0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Spectrophotometer with the blank cuvette removed, display showing 420 nm and 100.2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Measure sample solutions and interpret readings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aligning a sample solution cuvette with the sample compartment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wiping the bottom of a cuvette above the open sample compartment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display showing 420 nm and 0.032 absorbance with the Absorbance LED lit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display showing 420 nm and 0.07 concentration with the Concentration LED lit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display showing 420 nm and 2.10 factor with the Factor LED lit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Spectrophotometer with an empty sample compartment, display showing 420 nm and 0.0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 inserting a new sample cuvette while the display shows 420 nm and 0.0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Spectrophotometer with a sample cuvette inserted, display showing 420 nm and 92.2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pointing to the display, showing 420 nm and 0.6, with a reminder to recalibrate after changing the wavelength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Recalibrate for a new wavelength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Spectrophotometer display showing 480 nm and 0.0 with a reminder to recalibrate after changing the wavelength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spectrophotometer display showing 420 nm and 93.0% transmittance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pointing to the right control knob while the display shows 480 nm and 100.0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hand points to the Transmittance/Absorbance Control Knob on the front panel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0202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02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pointing to the left control knob while the display shows 480 nm and 0.0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9"/>
      <w:foot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