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Serological Pipette: Reading Measurements and Dispensing Accurately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A: Interpreting pipette measurement markings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B: Using the special glass pipette to dispense 10 mL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