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Use a Microscope: Standard Operating Procedure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Credits slide: Produced by Technology Innovation for Learning &amp; Teaching and the Department of Biology, Fresno State logo.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Setting up the microscope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unwinding the cord from the back of the microscope, preparing to plug it in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Person carrying a microscope with both hands, one on the arm and one under the base, in a laboratory setting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microscope base showing the light source and stage in its highest position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Using the microscope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 using the stage adjustment knobs to center the slide over the condenser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 using the stage adjustment knobs to center the slide over the condenser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Focusing and observing specimens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 adjusting the condenser lens below the stage of the microscope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looking through the microscope eyepieces while adjusting the coarse focus knob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Common issues while focusing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hand adjusting the fine focus knob on the microscope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Hand rotating the objective lens to low power and adjusting the stage height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Microscope stage with slide in place, 4x objective lens selected, hand adjusting focus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Troubleshooting note: focus difficulty—center the specimen and restart at lowest power with the stage raised to its highest position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Hand adjusting the diaphragm under the microscope stage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Troubleshooting note: the specimen becomes blurry when moving to a higher power lens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Troubleshooting and cleaning procedures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Troubleshooting note stating that the specimen becomes blurry at higher power and the lens may need cleaning, shown against a microscope background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microscope objective lenses showing the area to clean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Cleanup and storage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Hands adjusting the microscope stage and controls with the slide removed and the stage clean and dry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Title slide showing "MICROSCOPES: Basic Setup and Use - Biology 10 Laboratory" and listing "Setting up the microscope, Using the microscope, Troubleshooting, Cleanup" with Fresno State logo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Slide introducing Part 4: Cleanup, with microscope image and Fresno State logo.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hand adjusting the ocular lens, aligning the number 64 with a white line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8"/>
      <w:footerReference w:type="default" r:id="rId1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header" Target="header1.xml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