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Compound Microscope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microscope nosepiece with the 40x objective (blue band) centered, showing how close it is to the stage.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a microscope with the stage fully lowered and the shortest objective lens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a microscope with the stage fully lowered and the shortest objective lens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the microscope for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Transport the microscope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holding the microscope: one hand on the neck handle, the other supporting the base.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Connect the microscope to power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reaching to connect or adjust the power cord on the microscope, with the laboratory background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Turn on the microscope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pointing to the on-off switch located on the base of the microscope, with the power cord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on-off switch being pressed on the microscope base.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Adjust the light level for optimal viewing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compound light microscope on a lab table with the dust cover being removed. Laboratory setting with multiple microscopes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slide: "Adjusting Light Level to Increase Contrast. There are two places to adjust light level: 1. illuminator &amp; 2. iris diaphragm" on a teal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Use the light adjustment dial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microscope base showing the light adjustment dial and illuminated stage, with a hand adjusting the dial.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Another close-up of the light adjustment dial being used, showing the illuminated stage and power cord.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Adjust the light using the illuminator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microscope base showing the illuminated light source labeled "Illuminator in base," with a hand near the power switch.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Adjust the light using the iris diaphragm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twisting the iris diaphragm beneath the stage, with the label "iris diaphragm"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Place the slide in the mechanical stage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placing a slide into the mechanical stage holder, aligning it over the illuminated area.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Center the specimen using the coaxial adjustment knobs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operating the coaxial adjustment knobs on the side of the stage to move and center the slide.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Raise or lower the stage using the focus knobs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using the focus knobs on the side of the microscope to adjust the stage height, in a laboratory setting.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Use the coarse and fine focus knobs for precise focusing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demonstrating the use of both coarse and fine focus knobs on the microscope, with hands positioned on the adjustment controls.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Fine-tune the image using the fine focus knob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adjusting the fine focus knob on the side of the microscope, with the label "fine focus" visible and the stage and slide illuminated.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Identify the ocular lens(es)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slide: "Ocular Lens(es) Magnify specimen 10x"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Observe the binocular lenses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microscope's two eyepieces labeled "Bi-nocular lenses (two eyepieces)".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Locate the objective lenses on the rotating nosepiece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displaying "Compound Light Microscope: Introduction to Parts and Operation from ScienceProfOnline.com" on a green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slide: "Objective Lenses: Scanning, Low-Power, High-dry &amp; Oil Immersion"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Switch and position the objective lenses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rotating the nosepiece to switch objective lenses on the microscope, with multiple objective lenses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Use the scanning power objective lens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pointing to the scanning power objective lens with a red band, labeled "scanning power objective lens magnifies specimen 4x".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scanning power objective lens with a red band, labeled "scanning power objective lens magnifies specimen 4x".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scanning power objective lens with a red band, labeled "scanning power objective lens (4x) &amp; ocular lens (10x) = 40xTM".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Identify and use the low power objective lens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low power objective lens with a yellow band, labeled "low power objective lens magnifies specimen 10x".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Switch to the next objective lens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rotating the microscope nosepiece, showing a lens with a protective cover and overlaid text: "low power objective lens (10x) &amp; ocular lens (10x) = 100xTM".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Protect the high dry power lens from oil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nosepiece with one lens covered and another labeled "LEICA PLAN 100x/1.25," showing the proximity of the lenses.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Locate and calculate magnification for the high-dry power lens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with one objective lens covered by a white cap, other lenses visible, laboratory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Identify the oil immersion lens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Microscope objective lens labeled "40X/0.65" with overlaid text: "high-dry power objective lens magnifies specimen 40x".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rotating the microscope nosepiece, showing multiple objective lenses, one with a blue band and another with a black and white band.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Locate and calculate magnification for the oil immersion lens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microscope objective lens labeled "10X/0.25" with overlaid text: "low power objective lens (10x) &amp; ocular lens (10x) = 100xTM".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microscope objective lens labeled "LEICA PLAN 100x/1.25" with overlaid text: "oil immersion objective lens magnifies specimen 100x".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microscope objective lens labeled "LEICA PLAN 100x/1.25" with overlaid text: "oil immersion objective lens (100x) &amp; ocular lens (10x) = 1000xTM".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25. Identify the two longest objective lenses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microscope objective lens labeled "OLYMPUS 40X/0.65" with overlaid text: "high-dry power objective lens (40x) &amp; ocular lens (10x) = 400xTM".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26. Never use coarse focus with high-power objectives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microscope nosepiece showing three objective lenses: 10x (yellow band), 40x (blue band), and 100x (white band), with the 40x lens centered.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27. Use only fine focus with high-power objectives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Leica PLAN 100x/1.25 oil immersion objective lens with large red warning text: "X NO COARSE FOCUS! X".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reaching for the coarse focus knob on a microscope, with the 10x and 40x objectives visible above the stage.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28. Return to scanning power for storage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29. Lower the stage completely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laboratory sweater adjusting a microscope, ensuring the stage is lowered and the shortest objective is in place.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30. Confirm safe storage position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holding a compound microscope by the neck and base, demonstrating proper carrying technique in a laboratory setting.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Microscope with the high dry lens covered and another lens labeled "LEICA PLAN 100x/1.25" visible, with a hand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teal background: "For more FREE science education resources, visit ScienceProfOnline.com."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