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Streak a Plate for Isolation: Pure Colony Isolation by Streak Plate Technique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petri dish with isolated colonies over a grid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"Microbiological Inoculation Technique: Pure Colony Isolation by Streak Plate Technique" with a background of a magnified cell or bacterium.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petri dish labeled "TSA/Streaking/Bacterial Culture" with isolated colonies visible on the agar surface.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with "THANKS FOR WATCHING" in large text, a question mark, and a partially visible message: "If you have any question, le..."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Side-by-side images of a Biological Safety Cabinet (left) and an Incubator (right), labeled accordingly.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Side-by-side images of a Digital Colony Counter (left) and a stack of Culture Media Plates labeled "TSA" (right), labeled accordingly.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Preparing the culture media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places a bottle with a blue cap into a digital thermostatic water bath set at 98.6°C.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laboratory worker places media containers into a sterile autoclave.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Quality control of prepared media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places petri dishes and test tubes into an incubator for contamination checking.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Setting up for inoculation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holds a petri dish labeled "Bacterial Culture" inside a biological safety cabinet.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fresh TSA culture plate and a bacterial culture plate placed inside the biological safety cabinet, with a red tube rack.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Sterilizing and labeling before streaking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holds an inoculating loop near the flame of a Bunsen burner.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holds a nichrome wire inoculating loop in the flame of a spirit lamp, sterilizing it until red hot.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places the sterile inoculating loop into a pink tube rack inside the biological safety cabinet.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labels a petri dish with a marker inside the biological safety cabinet.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sets aside a labeled petri dish inside the biological safety cabinet.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Creating the initial smear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uses the inoculating loop to collect bacteria from a petri dish labeled "Bacterial Culture."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uses the inoculating loop to make a smear with the bacterial culture in one corner of a fresh TSA plate.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continues to make a smear with the inoculating loop in one corner of the TSA plate.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Streaking the first quadrant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spirit lamp with a visible flame placed inside the biological safety cabinet, with a pink tube rack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holds a TSA plate while the other hand uses a sterile inoculating loop to streak in a zigzag pattern on the first quarter of the plate.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holds a TSA plate showing visible streaking lines on the agar surface.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Streaking the second quadrant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places the sterile inoculating loop into a pink tube rack inside the biological safety cabinet.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uses the inoculating loop to streak the second quarter of the TSA plate, starting from the last streaking area.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Streaking the third and fourth quadrants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reaching into an open incubator to remove a petri dish, with the display showing 36.4°C.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holds a TSA plate while the other hand uses a sterile inoculating loop to streak the third and fourth quarters of the agar.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Incubating and observing results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petri dish labeled "TSA Streaking/Bacterial Culture" over a grid background, with numerous colonies visible in the third and fourth quadrants.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petri dish with agar and another gloved hand holding an inoculating loop on a stainless steel work surface inside the biological safety cabinet.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Subculturing for a pure culture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placing an inverted petri dish into a laboratory incubator, with the display showing 36.4°C.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with "MicroChem's EXPERIMENTS" and buttons labeled "Be with us" and "Be a Scientist"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removes plates from the incubator to select fresh, uncontaminated plates.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slide showing Facebook and YouTube icons with the handles "@microchems.experiments" and "MicroChem's Experiments"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completely black screen, indicating the end of the video. No objects, people, text, or actions are visible.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