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Run an ELISA Assay: Invitrogen ELISA Kit Reference Guide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Objective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Method summary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4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4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7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4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Validation design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</w:tr>
      <w:t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–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7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  <w:t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j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  <w:t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%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  <w:t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  <w:t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  <w:t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8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–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8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°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</w:tbl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Results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Stage 1: Kit contents and initial preparation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880"/>
        <w:gridCol w:w="2880"/>
        <w:gridCol w:w="2880"/>
      </w:tblGrid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4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8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–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8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°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Kit components, including the ELISA plate, labeled buffer bottles, standards, and reagents, arranged on the Invitrogen kit box with the on-screen title "Using your Invitrogen ELISA kit."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Laboratory workspace with benches, ELISA readers, a laptop displaying a plate layout, and a technician entering with the kit.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Close-up view of the ELISA plate and labeled buffer bottles: Wash Buffer 20X, Assay Buffer 20X, Sample Diluent, and Substrate Solution.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removing 8-well strips from the ELISA plate, with the kit box and foil pouch visible.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Stage 2: Buffer and standard preparation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880"/>
        <w:gridCol w:w="2880"/>
        <w:gridCol w:w="2880"/>
      </w:tblGrid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6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7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8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Technician pouring deionized water into a bottle labeled "1X Wash Buffer" at the laboratory bench.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Lab bench showing the reconstituted protein standard vial alongside wash buffer bottles and other reagents.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Technician pipetting into a row of tubes held in a blue rack, with wash buffer and standard vials nearby.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Stage 3: Plate loading, incubation, and washing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880"/>
        <w:gridCol w:w="2880"/>
        <w:gridCol w:w="2880"/>
      </w:tblGrid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j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4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6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–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7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Gloved hand holding a blue rack of labeled tubes (Std1–Std7, Background) while pipetting into strip tubes, with the 1X Wash Buffer bottle and ELISA plate on the bench.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Technician pipetting the diluted biotin conjugate into the ELISA plate wells, with the tube rack, labeled reagents, and waste container visible.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Diagram illustrating the sandwich ELISA principle: green capture antibodies bound to the plate, blue antigen, and blue detector antibody binding the antigen at a separate site.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Technician manually washing the ELISA plate at the bench, with wash buffer, tube racks, and absorbent paper towel visible.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preparing the streptavidin-HRP conjugate by adding buffer to a labeled tube, with pipettes and the ELISA plate on the bench.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Stage 4: Signal development, stopping the reaction, and plate reading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880"/>
        <w:gridCol w:w="2880"/>
        <w:gridCol w:w="2880"/>
      </w:tblGrid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j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4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6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7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4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4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8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Technician adding the chromogenic substrate solution to the ELISA plate wells, with labeled reagents and pipettes on the bench.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Diagram showing green capture antibodies, blue detector antibodies, and red streptavidin-HRP conjugates bound in a well, illustrating the enzymatic amplification principle.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Gloved hands holding the Stop Solution bottle, ready to add it to the ELISA plate, with other reagents and pipettes visible.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Technician at the lab bench with the ELISA plate and a graph overlay showing absorbance (A450) versus standard concentration (pg/mL), illustrating the linear standard curve, alongside technical support contact information.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Deviations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Acceptance summary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²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%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Conclusion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4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@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Thermo Fisher Scientific logo with associated brands: Thermo Scientific, Applied Biosystems, Invitrogen, Fisher Scientific, Unity Lab Services.</w:t>
      </w:r>
    </w:p>
    <w:p>
      <w:pPr/>
      <w:r>
        <w:br w:type="page"/>
      </w:r>
    </w:p>
    <w:sectPr w:rsidR="00FC693F" w:rsidRPr="0006063C" w:rsidSect="00034616">
      <w:headerReference w:type="default" r:id="rId19"/>
      <w:footerReference w:type="default" r:id="rId2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b/>
      <w:bCs/>
      <w:color w:val="404040"/>
      <w:sz w:val="26"/>
      <w:szCs w:val="26"/>
      <w:rFonts w:ascii="Inter" w:hAnsi="Inter" w:eastAsia="Noto Sans CJK JP" w:cs="Noto Sans CJK 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header" Target="header1.xm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