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Read a Pipette: Standard Operating Procedure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Identify the pipette controls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gloved hand holding a pipette, showing the control button and ejector button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Attach the pipette tip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lab coat and gloves holding a pipette above a tip box, demonstrating tip attachment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Position the pipette for aspiration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lab coat holding a pipette vertically, with a tip attached, above a tip box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Control the immersion depth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lab coat holding a pipette vertically, with the tip just immersed in liquid; on-screen text reads "Immersion depth as small as possible."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Aspirate the liquid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Pre-wet the pipette tip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Pipette tip immersed in a microcentrifuge tube containing green liquid, lid open; on-screen text reads "Pre-wet the tip 2-3 times. Dispense all liquid before aspirating sample liquid."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Aspirate the sample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Dispense the liquid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lab coat and gloves holding a pipette at an angle, with the tip in contact with the vessel wall; on-screen text reads "Dispensing angle of 20-45° with contact to vessel wall."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Perform the blowout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lab coat and gloves pressing the pipette control button, demonstrating the blowout step at the vessel wall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Eject the pipette tip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lab coat and gloves holding a pipette, preparing to eject the tip, with pipette tips and lab equipment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lab coat summarizing pipetting best practices; on-screen text reads "Soft tip attachment, vertical aspiration, low immersion depth. Pre-wetting, dispensing angle 20-45° to the vessel wall."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Further resources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 the URL www.eppendorf.com/pipetting along with copyright information</w:t>
      </w:r>
    </w:p>
    <w:p>
      <w:pPr/>
      <w:r>
        <w:br w:type="page"/>
      </w:r>
    </w:p>
    <w:sectPr w:rsidR="00FC693F" w:rsidRPr="0006063C" w:rsidSect="00034616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