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Read Gel Electrophoresis Results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Instructor explaining the cost efficiency of agarose, with electrophoresis equipment and gel trays visible on the lab bench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the Fisher Science Education logo and the title "Electrophoresis: How to Read Results" on a neutral background. No people or lab equipment are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Test Overview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Drawing a gel diagram on a whiteboard, showing the negative and positive ends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Specimen Requirements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Black screen with white text: www.fisheredu.com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Equipment &amp; Reagents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Lifting the gel tray out of the electrophoresis chamber while excess buffer drains off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Calibration &amp; QC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drawn gel diagram with wells at the negative end and labeled polarity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 Steps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Pointing to bands on a gel diagram, comparing patterns between a child, mother, and two possible fathers across labeled lanes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Sliding the gel out of the tray onto a sheet of wax paper for viewing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agarose gel on wax paper showing distinct blue and yellow dye bands across multiple lanes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points to colored bands on the gel placed on a protective sheet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indicates specific matching bands, highlighting a comparison between two lanes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in a lab coat and gloves explains that the agarose gel can be safely disposed of as regular waste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Holding the gel and protective sheet together in preparation for disposal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Demonstrating proper disposal technique while wearing gloves throughout the process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Reference Ranges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Fisher Science Education logo and text: "Electrophoresis: How to Read Results"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8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%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%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%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8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%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Pointing to a gel diagram with multiple bands at different distances, illustrating DNA separation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Result Interpretation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Explaining a gel diagram and highlighting bands of equal size and their relative positions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showing "Fisher Science Education" and "Electrophoresis: How to Read Results"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squares drawn on a whiteboard: one with sparse lines representing a loose 0.8% gel mesh, and one with a dense crisscross pattern representing a tight 1% gel mesh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7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Two labeled gel diagrams on a whiteboard: "0.8%" with a band farther from the well, and "1%" with a band closer to the well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Pointing to the gel on wax paper, highlighting dye bands across suspect lanes and the crime scene lane for comparison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Troubleshooting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in a lab coat and goggles, standing in a laboratory with "Amanda Grimes, Mesa High Biotech Academy" label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points to a gel resting on a protective sheet, with the electrophoresis chamber visible nearby</w:t>
      </w:r>
    </w:p>
    <w:p>
      <w:pPr/>
      <w:r>
        <w:br w:type="page"/>
      </w:r>
    </w:p>
    <w:sectPr w:rsidR="00FC693F" w:rsidRPr="0006063C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header" Target="header1.xm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