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Prepare a Wet Mount Slide for Microscopy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Top-down view of a bowl with Elodea plant in water, a dropper bottle with a red cap, a glass slide, and a cover slip on a white surface.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prepared components labeled: Elodea, water bottle, glass slide, and cover slip, with a hand holding tweezers.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Add water to the glass slide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a dropper to add water to the center of the glass slide, with instructional text reading: "First, add 2-3 drops of water on the glass slide."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Prepare and place the specimen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tweezers to lower an Elodea leaf into the water drops on the glass slide, with instructional text reading: "Second, lower specimen into the water drops."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Position the cover slip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positions the cover slip at an angle, ready to lower it onto the specimen, with instructional text reading: "Lastly, slowly lower the cover slip onto the specimen."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Use a pencil or pen to guide placement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a yellow pencil to help lower the cover slip onto the specimen on the glass slide.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Allow the water to spread and remove the support tool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a yellow pencil to support the cover slip as water spreads underneath it, with the word "Water!" labeled by an arrow pointing to the water on the slide.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Adjust for thick specimens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uses a yellow pencil to gently press down on the cover slip, ensuring it lies flat while air escapes.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Finalize and clean up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has finished adjusting the cover slip; the wet mount slide is complete and ready for observation.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Top-down view of the completed wet mount slide, the bowl of Elodea, and the water dropper bottle on a clean workspace.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