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Pour an Agarose Gel for Electrophoresis: DNA Sample Loading and Run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Laboratory bench with electrophoresis equipment, micropipettes, buffer containers, and a mini subcell arranged for agarose gel electrophoresis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Prepare the gel chamber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mini subcell showing the black negative and red positive electrode terminals and the gel chamber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Pour and align the agarose gel in the chamber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Mini subcell with the black negative and red positive electrodes clearly marked, gel chamber ready to receive the gel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Add electrophoresis running buffer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Buffer being poured into the gel chamber, covering the gel and wells with at least 2 mm of buffer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showing the buffer level above the gel and wells, with the BIO-RAD Mini-Sub Cell GT label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Prepare DNA samples for loading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the gel chamber showing buffer level and the MAX fill line, ready for sample loading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Set the micropipette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depressing the plunger of an adjustable micropipette to the first stop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Aspirate the DNA sample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the micropipette at the first stop, ready to aspirate a DNA sample from a microtube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microtube with the pipette tip inserted near the bottom, ready to aspirate the DNA sample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Position and lower the pipette into the well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Pipette tip loaded with blue sample, positioned just above well number 2 in the agarose gel, with buffer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Dispense the DNA sample into the well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Pipette tip dispensing blue sample into well number 3 in the agarose gel, with buffer and well numbers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Pipette tip positioned above the well after dispensing, blue sample visible in the well, wells 3, 4, and 5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Secure the gel chamber lid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placing the clear lid with attached electrodes onto the Bio-Rad Mini-Sub Cell GT gel chamber, power supply visible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Connect the electrodes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Gel chamber with lid secured, red and black electrode cables connected to matching terminals, power supply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power supply with red and black cables connected to the correct terminals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Set the power supply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power supply display showing 18, with a gloved hand adjusting the timer and control buttons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Start the electrophoresis run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power supply display showing 9, with a gloved hand pressing the button to start the run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Monitor the run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power supply display showing 60, with a gloved hand near the black electrode connection, indicating current is applied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Top-down view of the gel box showing blue dye bands just beginning to migrate from the wells into the gel, with ruler markings visible at the top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Top-down view of the gel box showing blue dye bands migrating further into the gel, with clear movement from left (negative) to right (positive)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Top-down view of the gel box with two distinct blue dye fronts migrated further into the gel, bubbles visible on the left side, ruler markings at the top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Top-down view of the gel box with blue dye fronts clearly separated and advanced further into the gel, bubbles still visible on the left, ruler markings at the top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