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Perform a Titration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Principle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Materials and reagents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Prepare and fill the burette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Laboratory workspace showing a burette, beakers, a waste container, and safety equipment, with a person wearing goggles and a lab coat.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the burette vertically in preparation for rinsing with water.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the burette and rinsing it with the solution to be measured.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the burette with a funnel inserted, ready to pour solution.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pouring solution into the burette through a funnel, with the stopcock closed.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rotating the burette horizontally to rinse the sides and tip.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draining the rinse solution from the burette into the waste beaker.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filling the burette with solution using a funnel.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Take the initial reading and start the titration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closing the burette stopcock in a laboratory setting, with a labeled waste beaker and other glassware visible.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positioned at eye level with the burette, preparing to read the initial volume.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recording the initial burette reading at the lab bench.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adding phenolphthalein indicator to the Erlenmeyer flask containing the unknown solution.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turning the burette stopcock parallel to the burette to begin the titration, with the flask and white paper positioned below.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monitoring the titration process, with the flask on white paper and the burette dispensing solution.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controlling the burette stopcock and swirling the flask to ensure proper mixing during titration.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Complete the titration and identify the endpoint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operating the burette with one hand while swirling the flask with the other, in a laboratory setting with labeled glassware and white paper beneath the flask.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using the dominant hand to swirl the flask and the weak hand to control the burette stopcock.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using a wash bottle to rinse the inside of the flask with distilled water.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observing the flask as the pink color persists, indicating the endpoint is near.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stopping the titration upon observing the persistent pink color in the flask.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Record your titration results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Student at a laboratory bench writing in a lab notebook or data sheet, with a burette, labeled glassware including a beaker labeled "Waste," a flask with a pink solution, a wash bottle, and other standard lab equipment visible in a well-equipped chemistry laboratory.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=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−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−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Quality controls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6"/>
      <w:footerReference w:type="default" r:id="rId2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header" Target="header1.xm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