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Gram Stain Preparation and Interpretation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"HARDY DIAGNOSTICS: Gram Stain Tutorial - How to prepare a perfect Gram Stain"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Background: Principles of the Gram stain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Microscopic image showing both purple (gram-positive) and pink (gram-negative) bacteria with different shapes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three bacterial shapes: coccoid (spheres), bacillus (rods), spiral (spirals), each labeled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a cross-section of a bacterial cell wall with the peptidoglycan layer labeled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Side-by-side diagram comparing gram-negative and gram-positive cell wall structures, with labeled layers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the slide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Laboratory setup showing a microscope slide with a drop of sterile saline, labeled, and surrounded by staining supplies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Prepare the smear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uses a blue sterile loop to swirl a drop of liquid on a microscope slide, which is placed on a paper towel. A labeled vial and other lab equipment are nearby.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microscope slide on a paper towel with a labeled vial nearby. On-screen text: "Culture should be between 18 and 24 hours old".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Fix the smear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Illustration of a cell membrane with blue protein structures. On-screen text: "Always methanol fix your slide. Never use heat!"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Artistic interpretation showing cell debris and distortion. On-screen text: "Heating causes cell distortion, debris, and erroneous stain results."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Apply the primary stain (Crystal Violet)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labeled slide on a staining rack with a dark blue/purple liquid (Crystal Violet) covering the smear. A timer shows 00:28 seconds remaining.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Apply the mordant (Gram's Iodine)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Artistic interpretation with blue and yellow hues. On-screen text: "Iodine will fix the Crystal Violet to the cell walls."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Artistic interpretation with blue and yellow hues, on-screen text: "Iodine will fix the Crystal Violet to the cell walls."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Decolorize the slide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holds a labeled microscope slide at an angle over a sink, applying decolorizer dropwise from a squeeze bottle. The violet stain is visibly running off the slide.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rinses the slide with water after decolorization, ensuring all excess decolorizer is removed.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"Fast Decolorizer high amounts of acetone" and "Slow Decolorizer high amounts of alcohol" with colored bars labeled "acetone" and "alcohol".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comparing Gram-Negative and Gram-Positive cell walls, showing outer membrane, peptidoglycan, and cytoplasmic membrane.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text: "*Note that a thick smear will require more decolorization than a thin smear. Be sure to stop the decolorization process immediately after the blue dye stops running off the slide." Hardy Diagnostics logo.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Apply the counterstain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showing two circles labeled "Gram-negative" (white) and "Gram-positive" (purple/blue) on a purple background, with the Hardy Diagnostics logo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"Gram-negative" as pink and "Gram-positive" as purple/blue, with the Hardy Diagnostics logo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cross-sections of Gram-negative and Gram-positive cell walls, labeled with "Outer membrane," "Peptidoglycan," and "Cytoplasmic membrane"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a booklet labeled "Bibulous Paper" on a lab bench, with Hardy Diagnostics logo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Staining time summary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Summary slide listing: Crystal Violet exposure 30 to 60 seconds, Iodine exposure 30 to 60 seconds, Acetone/Alcohol Decolorizer only enough time to rinse away the blue stain, Safranin exposure 30 to 60 seconds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View the slide under the microscope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 technician in PPE using a microscope, labeled "Oil immersion," preparing to apply immersion oil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Interpreting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image showing clusters of purple cocci (gram-positive) and pink rods (gram-negative) on a light background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image showing clusters of purple cocci (Staphylococcus aureus, Gram-positive) and pink rods (Gram-negative), with a petri dish and label "Staphylococcus aureus"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Verification: Quality control and reagent selection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Select high-quality reagents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Four bottles labeled "Advanced Crystal Violet," "Gram's Iodine, Stabilized," "Decolorizer, Intermediate," and "Advanced Counterstain" in a Hardy Diagnostics box labeled "Gram Stain Advanced"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Verify staining quality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field showing a dense mix of purple cocci and pink rods, labeled "Gram Stain Advanced"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Use quality control slides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two Q-Slide Gram slides, each labeled with positive (S. aureus) and negative (E. coli) controls, and six numbered sections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Support and additional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Hardy Diagnostics logo, tagline "A Culture of Service," phone number 800-266-2222, and website HardyDiagnostics.com on a colorful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Hardy Diagnostics logo, tagline "A Culture of Service," phone number 800-266-2222, and website HardyDiagnostics.com on a colorful background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6"/>
      <w:foot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