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Passage Cell Culture: Standard Operating Procedure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Purpose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Scope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₂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Principle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Growth curve showing the log phase between days 2 and 7, with the y-axis labeled "Cells/mL" (10^4 to 10^6) and the x-axis labeled "Days" (0 to 10)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Full cell growth curve labeled "Log Phase Growth" and "Subculture," with the y-axis labeled "Cells/mL" and the x-axis labeled "Days"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Materials and Reagents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₂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</w:tbl>
    <w:p>
      <w:pPr/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Procedure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Preparing for cell culture work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Person in lab coat and gloves working at a HERAsafe KS biosafety cabinet, with supplies and equipment arranged inside the hood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Dissociating adherent cells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preparing to remove medium from a cell culture flask, with bottles of media and reagents on the work surface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using a pipette to add solution to a cell culture flask, with labeled bottles and a green tube rack visible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holding a capped cell culture flask after removing the salt solution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using a pipette to add solution to a cell culture flask, with bottles of media and reagents nearby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adding dissociation reagent to a cell culture flask using a pipette, with labeled bottles and equipment visible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holding a cell culture flask with a blue cap inside a biosafety cabinet, surrounded by bottles of media and reagents, with tube racks visible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Cell culture flask with a blue cap resting on the work surface inside a biosafety cabinet, with no hands visible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using a pipette controller to aspirate or dispense liquid into a cell culture flask, with bottles of media and reagents nearby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holding a pipette controller and a cell culture flask, preparing to add or remove liquid, with bottles of media and reagents visible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transferring cell suspension into a conical tube using a pipette controller, with a green tube rack and bottles of media visible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holding a pipette controller and a conical tube with a visible cell pellet at the bottom, surrounded by bottles of media and reagents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Person in lab coat and gloves gently pipetting to resuspend cells in a conical tube inside a biosafety cabinet, with bottles of media and tube racks visible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Counting cells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Person in lab coat and gloves gently pipetting to mix cell suspension in a conical tube inside a biosafety cabinet, with bottles of media and tube racks visible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Scientist in lab coat and safety glasses viewing a microscope display screen showing a grid with cells for counting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a microscope display screen labeled "Dead Cells &gt;&gt;" and "&lt;&lt; Live Cells" with cells visible on a grid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Seeding new adherent cultures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adding medium to a conical tube using a pipette controller, with bottles of media and tube racks visible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capping a cell culture flask containing medium, with bottles of media and tube racks visible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Scientist gently rocking a capped cell culture flask to distribute cells evenly, with bottles of media and tube racks visible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Incubator interior with multiple capped, labeled cell culture flasks containing red medium, arranged on shelves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Passaging suspension cells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using a pipette controller to remove a sample from a flask for cell counting, with tube racks and media bottles visible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 interacting with an automated cell counter touchscreen displaying total concentration and live/dead percentages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capping a flask after adding medium, with tube racks and media bottles visible in a biosafety cabinet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Routine culture maintenance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₂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placing capped Erlenmeyer flasks with cell culture medium onto a shelf inside a Thermo-labeled laboratory incubator, alongside flasks already containing red medium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Calculations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Quality Controls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Scientist in lab coat and gloves using a pipette controller to transfer liquid into a test tube inside a biosafety cabinet, with a green tube rack, Erlenmeyer flasks, media bottles, and a biohazard-labeled flask visible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What's Next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Thermo Fisher Scientific logo with the tagline "The world leader in serving science" on a light background.</w:t>
      </w:r>
    </w:p>
    <w:p>
      <w:pPr/>
      <w:r>
        <w:br w:type="page"/>
      </w:r>
    </w:p>
    <w:sectPr w:rsidR="00FC693F" w:rsidRPr="0006063C" w:rsidSect="00034616">
      <w:headerReference w:type="default" r:id="rId23"/>
      <w:footerReference w:type="default" r:id="rId2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b/>
      <w:bCs/>
      <w:color w:val="404040"/>
      <w:sz w:val="26"/>
      <w:szCs w:val="26"/>
      <w:rFonts w:ascii="Inter" w:hAnsi="Inter" w:eastAsia="Noto Sans CJK JP" w:cs="Noto Sans CJK 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header" Target="header1.xm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