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keepNext/>
        <w:keepLines/>
        <w:outlineLvl w:val="0"/>
      </w:pPr>
      <w:r>
        <w:rPr>
          <w:b/>
          <w:color w:val="404040"/>
          <w:sz w:val="44"/>
          <w:rFonts w:ascii="Inter" w:hAnsi="Inter" w:eastAsia="Noto Sans CJK JP" w:cs="Noto Sans CJK JP"/>
        </w:rPr>
        <w:t>How to Operate an Autoclave for Laboratory Sterilization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Text overlay listing the two autoclave cycles: sterilizing a solution using slow exhaust, and sterilizing and drying empty bottles using fast exhaust, with a laboratory background visible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Purpose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Scope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: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q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Principle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Two bottles with blue caps and tape; the right bottle's tape has black diagonal lines, highlighted with a green arrow, indicating successful sterilization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Materials and reagents</w:t>
      </w:r>
    </w:p>
    <w:tbl>
      <w:tblPr>
        <w:tblW w:w="8640" w:type="dxa"/>
        <w:tblStyle w:val="TableGrid"/>
        <w:tblLook w:firstColumn="1" w:firstRow="1" w:lastColumn="0" w:lastRow="0" w:noHBand="0" w:noVBand="1" w:val="04A0"/>
        <w:jc w:val="center"/>
        <w:tblLayout w:type="fixed"/>
      </w:tblPr>
      <w:tblGrid>
        <w:gridCol w:w="4320"/>
        <w:gridCol w:w="4320"/>
      </w:tblGrid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z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z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z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;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x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z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z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-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z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</w:tr>
    </w:tbl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A laboratory autoclave shown as a vertical, metallic device with a control knob and indicator window, standing on wheels in a sterile environment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Autoclave control panel set to 121°C, "Sterilize &amp; Dry" mode, with a green arrow and "Fast Exhaust Mode" text overlay, and an inset showing the pressure gauge at zero psi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Procedure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Preparing materials for sterilization</w:t>
      </w:r>
    </w:p>
    <w:p>
      <w:pPr/>
      <w:r>
        <w:br/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Two 100 mL glass bottles with blue caps: the left bottle has plain tape, and the right bottle has tape with black diagonal lines indicating exposure to high temperature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Setting up and loading the autoclave</w:t>
      </w:r>
    </w:p>
    <w:p>
      <w:pPr/>
      <w:r>
        <w:br/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person in a white lab coat and blue gloves stands next to a closed autoclave in a laboratory, preparing to operate it</w:t>
      </w:r>
    </w:p>
    <w:p>
      <w:pPr/>
      <w:r>
        <w:br/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z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1</w:t>
      </w:r>
      <w:r>
        <w:rPr>
          <w:b/>
          <w:color w:val="404040"/>
          <w:sz w:val="24"/>
          <w:rFonts w:ascii="Inter" w:hAnsi="Inter" w:eastAsia="Noto Sans CJK JP" w:cs="Noto Sans CJK JP"/>
        </w:rPr>
        <w:t>2</w:t>
      </w:r>
      <w:r>
        <w:rPr>
          <w:b/>
          <w:color w:val="404040"/>
          <w:sz w:val="24"/>
          <w:rFonts w:ascii="Inter" w:hAnsi="Inter" w:eastAsia="Noto Sans CJK JP" w:cs="Noto Sans CJK JP"/>
        </w:rPr>
        <w:t>1</w:t>
      </w:r>
      <w:r>
        <w:rPr>
          <w:b/>
          <w:color w:val="404040"/>
          <w:sz w:val="24"/>
          <w:rFonts w:ascii="Inter" w:hAnsi="Inter" w:eastAsia="Noto Sans CJK JP" w:cs="Noto Sans CJK JP"/>
        </w:rPr>
        <w:t>°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1</w:t>
      </w:r>
      <w:r>
        <w:rPr>
          <w:b/>
          <w:color w:val="404040"/>
          <w:sz w:val="24"/>
          <w:rFonts w:ascii="Inter" w:hAnsi="Inter" w:eastAsia="Noto Sans CJK JP" w:cs="Noto Sans CJK JP"/>
        </w:rPr>
        <w:t>5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Gloved hands lowering a wire basket containing a flask labeled "BHI" into the open chamber of an autoclave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Running the slow exhaust cycle for liquids</w:t>
      </w:r>
    </w:p>
    <w:p>
      <w:pPr/>
      <w:r>
        <w:br/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z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1</w:t>
      </w:r>
      <w:r>
        <w:rPr>
          <w:b/>
          <w:color w:val="404040"/>
          <w:sz w:val="24"/>
          <w:rFonts w:ascii="Inter" w:hAnsi="Inter" w:eastAsia="Noto Sans CJK JP" w:cs="Noto Sans CJK JP"/>
        </w:rPr>
        <w:t>2</w:t>
      </w:r>
      <w:r>
        <w:rPr>
          <w:b/>
          <w:color w:val="404040"/>
          <w:sz w:val="24"/>
          <w:rFonts w:ascii="Inter" w:hAnsi="Inter" w:eastAsia="Noto Sans CJK JP" w:cs="Noto Sans CJK JP"/>
        </w:rPr>
        <w:t>1</w:t>
      </w:r>
      <w:r>
        <w:rPr>
          <w:b/>
          <w:color w:val="404040"/>
          <w:sz w:val="24"/>
          <w:rFonts w:ascii="Inter" w:hAnsi="Inter" w:eastAsia="Noto Sans CJK JP" w:cs="Noto Sans CJK JP"/>
        </w:rPr>
        <w:t>°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1</w:t>
      </w:r>
      <w:r>
        <w:rPr>
          <w:b/>
          <w:color w:val="404040"/>
          <w:sz w:val="24"/>
          <w:rFonts w:ascii="Inter" w:hAnsi="Inter" w:eastAsia="Noto Sans CJK JP" w:cs="Noto Sans CJK JP"/>
        </w:rPr>
        <w:t>5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x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1</w:t>
      </w:r>
      <w:r>
        <w:rPr>
          <w:b/>
          <w:color w:val="404040"/>
          <w:sz w:val="24"/>
          <w:rFonts w:ascii="Inter" w:hAnsi="Inter" w:eastAsia="Noto Sans CJK JP" w:cs="Noto Sans CJK JP"/>
        </w:rPr>
        <w:t>5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z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Autoclave control panel displaying 121°C, "Sterilize" mode selected, and a green arrow pointing to "Slow Exhaust Mode" text overlay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person wearing yellow heat-resistant gloves slowly opening the autoclave lid in a laboratory setting</w:t>
      </w:r>
    </w:p>
    <w:p>
      <w:pPr/>
      <w:r>
        <w:br/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4</w:t>
      </w:r>
      <w:r>
        <w:rPr>
          <w:b/>
          <w:color w:val="404040"/>
          <w:sz w:val="24"/>
          <w:rFonts w:ascii="Inter" w:hAnsi="Inter" w:eastAsia="Noto Sans CJK JP" w:cs="Noto Sans CJK JP"/>
        </w:rPr>
        <w:t>5</w:t>
      </w:r>
      <w:r>
        <w:rPr>
          <w:b/>
          <w:color w:val="404040"/>
          <w:sz w:val="24"/>
          <w:rFonts w:ascii="Inter" w:hAnsi="Inter" w:eastAsia="Noto Sans CJK JP" w:cs="Noto Sans CJK JP"/>
        </w:rPr>
        <w:t>°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Running the fast exhaust cycle for empty glassware</w:t>
      </w:r>
    </w:p>
    <w:p>
      <w:pPr/>
      <w:r>
        <w:br/>
      </w:r>
    </w:p>
    <w:p>
      <w:pPr>
        <w:pStyle w:val="ListNumber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Gloved hands placing bottles with blue caps and autoclave tape into the autoclave basket</w:t>
      </w:r>
    </w:p>
    <w:p>
      <w:pPr/>
      <w:r>
        <w:br/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z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&amp;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1</w:t>
      </w:r>
      <w:r>
        <w:rPr>
          <w:b/>
          <w:color w:val="404040"/>
          <w:sz w:val="24"/>
          <w:rFonts w:ascii="Inter" w:hAnsi="Inter" w:eastAsia="Noto Sans CJK JP" w:cs="Noto Sans CJK JP"/>
        </w:rPr>
        <w:t>2</w:t>
      </w:r>
      <w:r>
        <w:rPr>
          <w:b/>
          <w:color w:val="404040"/>
          <w:sz w:val="24"/>
          <w:rFonts w:ascii="Inter" w:hAnsi="Inter" w:eastAsia="Noto Sans CJK JP" w:cs="Noto Sans CJK JP"/>
        </w:rPr>
        <w:t>1</w:t>
      </w:r>
      <w:r>
        <w:rPr>
          <w:b/>
          <w:color w:val="404040"/>
          <w:sz w:val="24"/>
          <w:rFonts w:ascii="Inter" w:hAnsi="Inter" w:eastAsia="Noto Sans CJK JP" w:cs="Noto Sans CJK JP"/>
        </w:rPr>
        <w:t>°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1</w:t>
      </w:r>
      <w:r>
        <w:rPr>
          <w:b/>
          <w:color w:val="404040"/>
          <w:sz w:val="24"/>
          <w:rFonts w:ascii="Inter" w:hAnsi="Inter" w:eastAsia="Noto Sans CJK JP" w:cs="Noto Sans CJK JP"/>
        </w:rPr>
        <w:t>5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2</w:t>
      </w:r>
      <w:r>
        <w:rPr>
          <w:b/>
          <w:color w:val="404040"/>
          <w:sz w:val="24"/>
          <w:rFonts w:ascii="Inter" w:hAnsi="Inter" w:eastAsia="Noto Sans CJK JP" w:cs="Noto Sans CJK JP"/>
        </w:rPr>
        <w:t>0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x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Hands in yellow heat-resistant gloves removing the basket with bottles from the autoclave</w:t>
      </w:r>
    </w:p>
    <w:p>
      <w:pPr/>
      <w:r>
        <w:br/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z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scientist in a lab coat and gloves preparing empty glass bottles, loosening the cap, with a "Fast Exhaust" text overlay</w:t>
      </w:r>
    </w:p>
    <w:p>
      <w:pPr/>
      <w:r>
        <w:br/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Choosing the correct exhaust mode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x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  <w:keepNext/>
        <w:keepLines/>
      </w:pP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x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Text overlay reading "Slow Exhaust – Liquids &amp; medical waste. Fast Exhaust – Empty glassware &amp; instruments" over a blurred background of an autoclave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Calculations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>2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>°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>5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2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Quality controls</w:t>
      </w:r>
    </w:p>
    <w:p>
      <w:pPr>
        <w:pStyle w:val="ListBullet2"/>
        <w:keepNext/>
        <w:keepLines/>
      </w:pP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z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(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)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Text: "Filmed At Rowan-Cabarrus Community College" on a black background.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k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  <w:keepNext/>
        <w:keepLines/>
      </w:pP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-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Close-up of the autoclave lid being opened with yellow gloves, with an inset showing the pressure gauge at zero psi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What's next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br w:type="page"/>
      </w:r>
    </w:p>
    <w:sectPr w:rsidR="00FC693F" w:rsidRPr="0006063C" w:rsidSect="00034616">
      <w:headerReference w:type="default" r:id="rId14"/>
      <w:footerReference w:type="default" r:id="rId15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t>Generated with docsie.io</w:t>
    </w:r>
  </w:p>
  <w:p>
    <w:pPr>
      <w:jc w:val="right"/>
    </w:pPr>
    <w:r>
      <w:fldChar w:fldCharType="begin"/>
      <w:instrText xml:space="preserve">PAGE</w:instrText>
      <w:fldChar w:fldCharType="end"/>
    </w:r>
    <w:r>
      <w:t xml:space="preserve"> / </w:t>
    </w:r>
    <w:r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 w:eastAsia="Noto Sans CJK JP" w:cs="Noto Sans CJK JP"/>
      <w:color w:val="40404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b/>
      <w:bCs/>
      <w:color w:val="404040"/>
      <w:sz w:val="28"/>
      <w:szCs w:val="28"/>
      <w:rFonts w:ascii="Inter" w:hAnsi="Inter" w:eastAsia="Noto Sans CJK JP" w:cs="Noto Sans CJK 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b/>
      <w:bCs/>
      <w:color w:val="404040"/>
      <w:sz w:val="26"/>
      <w:szCs w:val="26"/>
      <w:rFonts w:ascii="Inter" w:hAnsi="Inter" w:eastAsia="Noto Sans CJK JP" w:cs="Noto Sans CJK 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color w:val="404040"/>
      <w:spacing w:val="5"/>
      <w:kern w:val="28"/>
      <w:sz w:val="52"/>
      <w:szCs w:val="52"/>
      <w:rFonts w:ascii="Inter" w:hAnsi="Inter" w:eastAsia="Noto Sans CJK JP" w:cs="Noto Sans CJK JP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Inter" w:hAnsi="Inter" w:eastAsia="Noto Sans CJK JP" w:cs="Noto Sans CJK JP"/>
      <w:color w:val="404040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rFonts w:ascii="Inter" w:hAnsi="Inter" w:eastAsia="Noto Sans CJK JP" w:cs="Noto Sans CJK JP"/>
      <w:color w:val="404040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04040"/>
      <w:sz w:val="20"/>
      <w:szCs w:val="18"/>
      <w:rFonts w:ascii="Inter" w:hAnsi="Inter" w:eastAsia="Noto Sans CJK JP" w:cs="Noto Sans CJK JP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Relationship Id="rId10" Type="http://schemas.openxmlformats.org/officeDocument/2006/relationships/image" Target="media/image2.jpg"/><Relationship Id="rId11" Type="http://schemas.openxmlformats.org/officeDocument/2006/relationships/image" Target="media/image3.jpg"/><Relationship Id="rId12" Type="http://schemas.openxmlformats.org/officeDocument/2006/relationships/image" Target="media/image4.jpg"/><Relationship Id="rId13" Type="http://schemas.openxmlformats.org/officeDocument/2006/relationships/image" Target="media/image5.jpg"/><Relationship Id="rId14" Type="http://schemas.openxmlformats.org/officeDocument/2006/relationships/header" Target="header1.xml"/><Relationship Id="rId1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