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Fill Out a Chain of Custody Form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Prerequisites for filling out a chain of custody form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Sample identification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the Client Information section with example entries for organization name, contact name, address, phone number, email, quote number, PO number, and project name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880"/>
        <w:gridCol w:w="2880"/>
        <w:gridCol w:w="2880"/>
      </w:tblGrid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—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—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"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"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Sample Information section showing sample IDs MW-1, MW-2, MW-3, matrix GW, and collection dates and times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Collection details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Transfer log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Sample Submission Information section with name and signature filled in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b/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</w:tbl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Storage conditions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Testing assignment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Analyses Requested section with METALS SCAN listed and X marks in the grid for each sample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z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Turnaround Service section with the Standard option checked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/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the Reporting/Invoicing section with Report by Email and Invoice by Email checked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Deviations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Full Chain of Custody form with the Reporting/Invoicing section and Comments area highlighted, filled out with sample data and checkmarks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Text overlay on the form reading: "For further assistance please contact your local CADUCEON Environmental Lab"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Final disposition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Full Chain of Custody form with all major sections filled out: Client Information, Sample Information, Analyses Requested, Turnaround Service, Sample Submission Information, and Reporting/Invoicing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What's next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 w:type="page"/>
      </w:r>
    </w:p>
    <w:sectPr w:rsidR="00FC693F" w:rsidRPr="0006063C" w:rsidSect="00034616">
      <w:headerReference w:type="default" r:id="rId14"/>
      <w:footerReference w:type="default" r:id="rId1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header" Target="header1.xml"/><Relationship Id="rId1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