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Clean a Microscope Objective Lens and Optical Filters: Instrument Calibration and Maintenance Log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closely inspects a microscope objective using an eyepiece as a magnifier, with laboratory equipment and shelves visible in the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Instrument details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Screen displaying the iBiology logo with the tagline "Bringing the World's Best Biology to You."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applies a drop of solvent to a microscope objective on a laboratory table, with cleaning supplies and lens paper visible.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holds a mounted filter in a black ring and explains its structure.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Calibration schedule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1728"/>
        <w:gridCol w:w="1728"/>
        <w:gridCol w:w="1728"/>
        <w:gridCol w:w="1728"/>
        <w:gridCol w:w="1728"/>
      </w:tblGrid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prepares to repeat the cleaning process with methanol, reaching for supplies on a laboratory table.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places a cleaned microscope objective back on the table, illustrating the importance of routine cleaning.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workstation is set up with cleaning supplies, filters, an air blower, lens paper, and a poster of a Nikon ECLIPSE TE2000 microscope on the wall; a person stands ready to begin cleaning.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Standards used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</w:tbl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holds lens paper and discusses the use of spectrophotometric grade solvents at a laboratory table.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wets a cotton swab with solvent, preparing to clean a microscope objective, with cleaning supplies and a Nikon ECLIPSE TE2000 poster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explains the use of different solvents for cleaning microscope objectives, with cleaning supplies visible on the table.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stands beside a table with microscope cleaning supplies, including bottles, a blower, and cloths, with a Nikon ECLIPSE TE2000 poster on the wall, emphasizing manufacturer-approved products.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prepares to handle an unmounted filter, with lens paper and a stick on the table.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Calibration results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1728"/>
        <w:gridCol w:w="1728"/>
        <w:gridCol w:w="1728"/>
        <w:gridCol w:w="1728"/>
        <w:gridCol w:w="1728"/>
      </w:tblGrid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holds a microscope objective and an eyepiece, preparing to use the eyepiece as a magnifying glass to inspect the objective lens, with laboratory equipment and shelves visible in the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holds a microscope objective up to eye level, looking through it to check for blur or dirt, with cleaning supplies and objectives visible on the table.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Maintenance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inspects a microscope objective after cleaning, standing at a laboratory table with cleaning supplies.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holds a single sheet of lens paper by the edges at a laboratory table with cleaning supplies visible.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holds a cotton swab and prepares to clean a microscope objective with a recessed front element at a laboratory table, with cleaning supplies and objectives visible.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uses a cotton swab to clean a microscope objective, preparing to repeat the process with methanol, with cleaning supplies and objectives visible on the table.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holds a blower, explaining its use for removing loose dust from microscope objectives, with cleaning supplies and objectives visible on the table.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uses a blower to clean a microscope objective on the table, with cleaning supplies and objectives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explains the final rinse steps for cleaning objectives, with cleaning supplies and objectives visible on the table.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prepares to use an air blower to clean a filter, with cleaning supplies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applies solvent to an unmounted filter and prepares to use the drag mopping technique with lens paper.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holds a mounted filter, explaining why the drag mopping technique does not work for this type.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Hands hold a black air blower with a red nozzle while preparing to handle a filter.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stands at the workstation, holding a cotton swab and preparing to moisten it with solvent, with cleaning supplies, lens paper, filters, and a Nikon ECLIPSE TE2000 poster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bends over the table, carefully cleaning a filter with a cotton swab using a spiral motion, with cleaning supplies and filters visible on the table.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Out-of-tolerance actions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carefully peels a single sheet of lens paper from a yellow booklet at a laboratory table with cleaning supplies and objectives nearby.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stands at the workstation, holding a cotton swab, indicating the cleaning process is complete.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Approval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 "Science Seminars, Behind-the-Scenes Talks, Educational Resources, iBiology.org" on a black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 credits for Howard Hughes Medical Institute, The American Society for Cell Biology, and Creative Commons licensing information.</w:t>
      </w:r>
    </w:p>
    <w:p>
      <w:pPr/>
      <w:r>
        <w:br w:type="page"/>
      </w:r>
    </w:p>
    <w:sectPr w:rsidR="00FC693F" w:rsidRPr="0006063C" w:rsidSect="00034616">
      <w:headerReference w:type="default" r:id="rId30"/>
      <w:footerReference w:type="default" r:id="rId3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header" Target="header1.xm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