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Calibrate a Pipette: Instrument Calibration 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holding a pipette in a laboratory setting, with pipettes, a balance, and a laptop visible in the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laboratory technicians at a calibration station; one holds a pipette over a balance while the other observes and listens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completely white screen, indicating the end of the video or a transition to a new section. No objects, people, or equipment are visible.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laboratory technicians working at a calibration station; one uses a pipette over a balance while the other observes, in a clean, organized, well-lit lab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displaying "Sartorius pipetting academy - Pipette Calibration"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Lab bench with labeled items: balance, distilled water, disposable tips, calibration software, pipettes, and other calibration tools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 a lab coat and gloves using a pipette at a balance, with a laptop and calibration equipment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and gloves holding a pipette at a 45-degree angle over a balance, performing calibration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using a pipette at a calibration station, demonstrating a consistent calibration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laboratory bench with a balance, distilled water, pipettes in a stand, disposable tips, and a laptop with calibration software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#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</w:p>
        </w:tc>
      </w:tr>
      <w:tr>
        <w:trPr>
          <w:cantSplit/>
        </w:trPr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144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laboratory technician working at a calibration station, maintaining a steady workflow in a clean, organized lab environment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holding a pipette vertically and at a 45-degree angle, demonstrating correct pipetting technique during calibration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dispensing liquid with a pipette into a vessel on a balance, focusing on precision and repeatability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analytical balance display showing a reading of 0.04999 g, with calibration controls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laboratory technician in a white coat and gloves working at a calibration station, maintaining a steady workflow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adjusting the volume of a pipette using a calibration tool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pipette in a laboratory setting, with pipettes, a balance, and a laptop visible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technicians in lab coats and gloves working at a calibration station with pipettes, a balance, and a laptop, demonstrating a properly controlled calibration environment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analytical balance display showing a reading of 0.04999 g, with maximum capacity, resolution, and timestamp visible; the interface shows the **TARE**, **Cal./Adj.**, and **Draft Shd** buttons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