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Calibrate a Pipette: Instrument Calibration Log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laboratory technician in a white lab coat and blue gloves pre-wetting a pipette tip at a calibration station. The workspace includes a balance, pipette stand, disposable tip boxes, and a laptop.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a laboratory balance display showing a measurement of 0.04965 g. The display includes additional information such as maximum capacity and calibration status.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Instrument details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'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laboratory technician in a white coat and blue gloves dispensing liquid from a pipette into a vessel on a balance, while another technician observes.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laboratory bench setup with a balance, distilled water in a beaker, disposable pipette tips in boxes, a pipette stand with multiple pipettes, a waste container, and a laptop running calibration software. Each item is labeled: Balance, Distilled Water, Disposable Tips, Calibration Software.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Calibration schedule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'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'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–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laboratory technician in a white lab coat and blue gloves pipetting at a calibration station, maintaining a steady rhythm. The workspace is organized and clean.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gloved hands inspecting the body and tip of a pipette for leakage or mechanical faults. The technician is using a calibration tool.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gloved hand holding a pipette, demonstrating proper handling technique in a laboratory environment. The workspace includes pipettes, a balance, disposable tips, and a laptop with calibration software.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Standards used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'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Overhead view of a gloved technician holding a pipette at a 45-degree angle, dispensing liquid into a weighing vessel on a balance. Pipette tip boxes and calibration equipment are visible.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The Sartorius logo is displayed on a plain background, signifying the end of the instructional video.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Calibration results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Steps to calibrate a pipette using the gravimetric method</w:t>
      </w:r>
    </w:p>
    <w:p>
      <w:pPr/>
      <w:r>
        <w:br/>
      </w:r>
    </w:p>
    <w:p>
      <w:pPr>
        <w:pStyle w:val="ListNumber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-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a gloved hand holding a pipette vertically, with the tip immersed in a container, demonstrating proper aspiration technique.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>4</w:t>
      </w:r>
      <w:r>
        <w:rPr>
          <w:b/>
          <w:color w:val="404040"/>
          <w:sz w:val="24"/>
          <w:rFonts w:ascii="Inter" w:hAnsi="Inter" w:eastAsia="Noto Sans CJK JP" w:cs="Noto Sans CJK JP"/>
        </w:rPr>
        <w:t>8</w:t>
      </w:r>
      <w:r>
        <w:rPr>
          <w:b/>
          <w:color w:val="404040"/>
          <w:sz w:val="24"/>
          <w:rFonts w:ascii="Inter" w:hAnsi="Inter" w:eastAsia="Noto Sans CJK JP" w:cs="Noto Sans CJK JP"/>
        </w:rPr>
        <w:t>3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z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Close-up of a laboratory technician in a white lab coat, focused on documenting calibration results.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a pipette tip dispensing a droplet into a vessel inside a balance enclosure, illustrating the final step of calibration.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Technique and environmental checks during calibration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a digital balance display showing a measurement value of 0.04831 g. The TARE button is visible.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-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Close-up of a pipette being pressed vertically into a yellow pipette tip rack, demonstrating correct tip attachment. Orange tip racks are also visible.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laboratory technician in a white lab coat and blue gloves preparing to use a pipette at a calibration station, with another technician observing. The workspace is organized with a laptop, pipette stand, and calibration equipment.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Overhead view of a gloved hand holding a pipette above a white weighing tray, with orange and yellow tip racks nearby.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Close-up of a laboratory technician in a white lab coat and glasses, focused on the calibration process.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laboratory technician in a white lab coat and blue gloves dispensing liquid from a pipette into a vessel on a balance, with another technician observing.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a gloved hand dispensing liquid from a pipette into a small vessel inside a balance enclosure. The balance and other calibration equipment are visible.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Post-adjustment verification results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5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µ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>4</w:t>
      </w:r>
      <w:r>
        <w:rPr>
          <w:b/>
          <w:color w:val="404040"/>
          <w:sz w:val="24"/>
          <w:rFonts w:ascii="Inter" w:hAnsi="Inter" w:eastAsia="Noto Sans CJK JP" w:cs="Noto Sans CJK JP"/>
        </w:rPr>
        <w:t>9</w:t>
      </w:r>
      <w:r>
        <w:rPr>
          <w:b/>
          <w:color w:val="404040"/>
          <w:sz w:val="24"/>
          <w:rFonts w:ascii="Inter" w:hAnsi="Inter" w:eastAsia="Noto Sans CJK JP" w:cs="Noto Sans CJK JP"/>
        </w:rPr>
        <w:t>6</w:t>
      </w:r>
      <w:r>
        <w:rPr>
          <w:b/>
          <w:color w:val="404040"/>
          <w:sz w:val="24"/>
          <w:rFonts w:ascii="Inter" w:hAnsi="Inter" w:eastAsia="Noto Sans CJK JP" w:cs="Noto Sans CJK JP"/>
        </w:rPr>
        <w:t>5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>4</w:t>
      </w:r>
      <w:r>
        <w:rPr>
          <w:b/>
          <w:color w:val="404040"/>
          <w:sz w:val="24"/>
          <w:rFonts w:ascii="Inter" w:hAnsi="Inter" w:eastAsia="Noto Sans CJK JP" w:cs="Noto Sans CJK JP"/>
        </w:rPr>
        <w:t>9</w:t>
      </w:r>
      <w:r>
        <w:rPr>
          <w:b/>
          <w:color w:val="404040"/>
          <w:sz w:val="24"/>
          <w:rFonts w:ascii="Inter" w:hAnsi="Inter" w:eastAsia="Noto Sans CJK JP" w:cs="Noto Sans CJK JP"/>
        </w:rPr>
        <w:t>9</w:t>
      </w:r>
      <w:r>
        <w:rPr>
          <w:b/>
          <w:color w:val="404040"/>
          <w:sz w:val="24"/>
          <w:rFonts w:ascii="Inter" w:hAnsi="Inter" w:eastAsia="Noto Sans CJK JP" w:cs="Noto Sans CJK JP"/>
        </w:rPr>
        <w:t>9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a laboratory balance display showing a measurement of 0.04999 g. The display includes calibration and tare buttons, and the date/time is visible.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Result summary table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cantSplit/>
        </w:trPr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µ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9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6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µ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9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9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9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laboratory technician performing pipette calibration at a workstation, with another technician observing. The workspace is equipped with a laptop, pipette stand, and calibration equipment.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Maintenance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'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</w:tr>
    </w:tbl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j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gloved hand holding a pipette set to 50.0 µL above a calibration vessel. The pipette display is clearly visible.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technician in a white lab coat and blue gloves examining a pipette, preparing to check for faults. Another technician observes.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Out-of-tolerance actions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,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,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j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laboratory technician in a white lab coat and blue gloves preparing to adjust a pipette, holding it with both hands in a laboratory setting.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Approval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gloved technician holding a pipette in one hand and using a calibration tool in the other to adjust the volume setting. The laboratory environment is clean and organized.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gloved hand holding a single-channel pipette, removing it from a pipette stand in a clean laboratory environment. Other pipettes are visible in the background.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Two laboratory technicians in white lab coats and blue gloves reviewing calibration documents together at a clean laboratory bench. A laptop, pipette stand, and calibration equipment are visible.</w:t>
      </w:r>
    </w:p>
    <w:p>
      <w:pPr/>
      <w:r>
        <w:br w:type="page"/>
      </w:r>
    </w:p>
    <w:sectPr w:rsidR="00FC693F" w:rsidRPr="0006063C" w:rsidSect="00034616">
      <w:headerReference w:type="default" r:id="rId20"/>
      <w:footerReference w:type="default" r:id="rId2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b/>
      <w:bCs/>
      <w:color w:val="404040"/>
      <w:sz w:val="26"/>
      <w:szCs w:val="26"/>
      <w:rFonts w:ascii="Inter" w:hAnsi="Inter" w:eastAsia="Noto Sans CJK JP" w:cs="Noto Sans CJK 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header" Target="header1.xm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