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Calibrate a pH Meter: Standard Operating Procedure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All required equipment for pH meter calibration: pH meter, pH probe, temperature probe, beaker, distilled water, blue roll, and two pH buffer solutions (pH 4 and pH 7), each clearly labeled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Prepare the pH probe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Clean the probes before calibration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pH probe and temperature probe positioned above the beaker, ready for rinsing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Probes have been rinsed and are now ready for drying; the pH meter display is visible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Calibrate the pH meter with the first buffer (pH 7)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lowering the pH buffer solution (yellow liquid) under the probes, preparing for calibration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Both probes submerged in the pH 7 buffer solution; the pH meter display shows calibration in progress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gently swirling the buffer solution to fully cover the probes and remove air bubbles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pH meter and probes in the buffer solution, waiting for the reading to stabilize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Confirm the first calibration point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pH meter display shows 7.00 pH with probes still in the yellow pH 7 buffer solution; Jenway 3510 pH Meter and probe holder visible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Rinse and dry the probes between buffers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Probes have been rinsed and are suspended above the bench, ready for the next step; the pH meter display still shows 7.00 pH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Calibrate the pH meter with the second buffer (pH 4)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placing a small container of red pH 4 buffer solution under the probes; the pH meter display now reads 4.88 pH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gently swirling the red pH 4 buffer solution with both probes submerged; the pH meter display reads 3.86 pH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Both probes submerged in the red pH 4 buffer solution; the pH meter display shows 3.86 pH and is stabilizing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pH meter display shows a stable 4.00 pH with both probes in the red buffer solution, confirming successful calibration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Measure the pH of your samples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Probes submerged in a clear sample solution in a beaker; the pH meter display shows 3.64 pH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pH meter display shows 3.66 pH, indicating a stable reading for the sample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Store the pH probe correctly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moving the sample beaker away; probes are suspended above the bench, ready for storage; the pH meter display shows 3.68 pH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Prepare and secure the probe for long-term storage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Jenway 3510 pH meter on a clean lab bench; the pH probe is suspended in a holder, ready for storage. The meter display reads 4.07 pH, 24.6°C, with no sample beaker present, indicating the probe is ready for capping and storage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Store the meter and maintain equipment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Jenway 3510 pH meter and probe on a clean lab bench; the probe is capped and stored upright, meter display reads 4.62 pH, 24.8°C. The tidy workspace confirms the procedure is complete</w:t>
      </w:r>
    </w:p>
    <w:p>
      <w:pPr/>
      <w:r>
        <w:br w:type="page"/>
      </w:r>
    </w:p>
    <w:sectPr w:rsidR="00FC693F" w:rsidRPr="0006063C" w:rsidSect="00034616">
      <w:headerReference w:type="default" r:id="rId22"/>
      <w:footerReference w:type="default" r:id="rId2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header" Target="header1.xm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