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Working with Epics in Jira: A Complete How-To Guide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Software board open in Backlog view, showing issues, epics, and a details panel for a selected story, with the presenter shown in a small video overlay.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Software Backlog with a "SUBSCRIBED" status and notification bell, indicating successful subscription.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Software Backlog with a large "SUBSCRIBE" button and a hand cursor, emphasizing the call to action.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Navigating to your Jira board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labeled "Alex, Jira Expert" is shown on a blue background with a large red "SUBSCRIBE" button, a thumbs-up icon, and a cartoon monkey in the corner.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an epic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issue" dialog open in Jira, with the user selecting "Epic" from the Issue type dropdown, presenter shown in a small video overlay.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"THANKS FOR WATCHING", social media handles, and a large red "SUBSCRIBE"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Epic Name vs.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"Epic Name" and "Summary" fields highlighted in the Jira "Create issue" dialog, with the presenter emphasizing their respective roles.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"Create issue" dialog showing the required "Epic Name" and "Summary" fields, with the presenter explaining the difference between them.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presenter continuing to explain the difference between "Epic Name" and "Summary" in the Jira "Create issue" dialog.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Locating epics on Scrum vs. Kanban boards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view with a confirmation notification at the top reading "Your epic DP-42 has been created." Backlog and sprint issues are visible, but the new epic is not listed directly in the main backlog.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issue" dialog in Jira Software, with "A demo Epic" entered as both Epic Name and Summary, Priority set to Medium, and the Create button visible.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Viewing and managing issues for planning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Backlog screen with the epics panel, sprint issues, backlog issues, and issue details pane all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Software Backlog with the Epics panel expanded, showing a list of epics and their details.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Creating epics from the Backlog and Roadmap views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backlog with the Epics panel open on the left, showing "A demo Epic" (DP-42) listed among other epics. The main backlog does not display the epic directly.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hovering over "Create issue in epic" in the Epics panel, showing options for managing epics.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Roadmap view with the epic details pane open, showing fields such as Epic Name, Reporter, and Priority, along with timeline bars for each epic.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Associating stories with epics from the Roadmap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hovering over the "+" button labeled "Create child issue" next to an epic in the Roadmap view.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Roadmap view with the "+" button for creating a child issue highlighted, ready for issue type selection.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Epic details screen with the "Create issue in epic" field active, ready to add a new story.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Managing issues within an epic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Roadmap view with "My Amazing Epic" selected, showing its child issues and the epic details pane.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Epic details screen showing multiple issues, "My first bug" and "My Second Story," listed under the epic.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Kanban board view in Jira showing a variety of issue types in the "TO DO" column, with the presenter preparing to switch back to the Scrum board.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and using epic colors in the backlog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Confirmation message reading "You've created 'DP-46' issue" in Jira.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view showing issues with colored bars that indicate epic association.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Associating stories with epics and verifying epic links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with the Epics panel and issues, highlighting the colored bars used for epic association.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Epic details screen for "My Amazing Epic" showing linked issues and the details pane.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view with "My Amazing Epic" and its associated purple-colored issues visible in the backlog and epics panel.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Backlog with a confirmation message reading "Selection successfully added to the epic" after associating a story with an epic.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Backlog showing issues grouped under "My Amazing Epic" with matching purple bars.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issue details pane for "A story 2" showing the Epic Link field set to "None."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issue details pane with the Epic Link dropdown open, showing available epics including "My Amazing Epic."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issue screen showing the breadcrumb with the epic key and an updated Epic Link field reading "My Amazing Epic."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issue screen highlighting the parent epic shown in the breadcrumb and Epic Link field.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Reviewing epics and colors in the backlog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Kanban board view in Jira showing all issue types, including "A demo Epic" (DP-42), listed in the "TO DO" column alongside other issues.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Software Backlog view showing issues with color-coded epic labels, sidebar navigation, and the user's avatar in the corner.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Software Backlog filtered by a single epic, showing only related issues.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The presenter advising to keep the "Epic Name" short, precise, and descriptive in the Jira "Create issue" dialog.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Software Backlog with expanded epic labels and color-coded tags, illustrating how epics are visually distinguished.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38"/>
      <w:footerReference w:type="default" r:id="rId3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header" Target="header1.xml"/><Relationship Id="rId3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