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subtask in Jira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your Jira dashboard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dashboard showing recent projects and work items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Select the project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Sidebar with Projects menu expanded and cursor over a project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Open the project board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Project board with navigation tabs and All work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Find and open the parent issue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All work view with issue key being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Review the issue details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Issue details page for a selected Jira issue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Click the Add button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hovering over the Add button on the issue details page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Select Child work item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Dropdown menu under + Add with Child work item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Enter the subtask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Child work items section open with a description being typed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Create the subtask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button being clicked to add the subtask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Verify that the subtask was created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Subtask appears in the Child work items list with confirmation message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Reviewing the confirmation and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interface showing the confirmation message for subtask creation, child work items list, and issue details panel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