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project in Jira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Before you begin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Projects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with the Projects dropdown open, showing recent projects and the highlighted "Create project"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Choose a project template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project template selection screen showing categories such as Software development, Service management, and Work management, with templates like Kanban, Scrum, and Top-level planning.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Review the template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Detailed Kanban template description showing workflow stages, issue types, recommended use cases, and the "Use template"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a project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screen comparing team-managed and company-managed project types, with configuration details highlighted for each option.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screen with the team-managed project type selected, ready to proceed.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Name your project and set the access level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"Add project details" screen showing "Space Project" as the name with "Private" access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Connect Jira to other Atlassian products (optional)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"Connect your work" screen showing options to connect Confluence and Snyk, with the "Continue"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Atlassian Jira confirmation screen with logo, "Software to manage any project," and "Try it for free" message.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