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Creating and Managing Saved Filters in Jira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Navigate to filters in Jira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Filters screen showing a list of filters, owners, viewers, editors, and the "Create filter" button highlighted in the top right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Review existing filters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Create a new filter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Define your filter using basic search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Search screen with dropdowns for Project, Issue Type, Status, Assignee, and "+ More" options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Add advanced criteria using JQL (optional)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/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tcBorders>
              <w:start w:sz="12" w:val="single" w:color="#365FDD"/>
            </w:tcBorders>
          </w:tcPr>
          <w:p>
            <w:r>
              <w:rPr>
                <w:sz w:val="20"/>
                <w:rFonts w:ascii="Courier New" w:hAnsi="Courier New" w:eastAsia="Noto Sans CJK JP" w:cs="Noto Sans CJK JP"/>
              </w:rPr>
              <w:t>assignee in (currentUser()) AND issuetype = Bug order by created DESC</w:t>
              <w:br/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Search screen with JQL query entered and help icon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Access JQL documentation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Query Language documentation page with instructions and examples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Save your filter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Search screen with a JQL query entered and the "Save as" option visible at the top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Name and save your filter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"Save Filter" dialog with 'All bugs assigned to Nikki' entered in the Filter Name field and Submit/Cancel buttons visible. Background shows the Jira Search screen with issues listed.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Review filter details and permissions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filter details panel open, showing owner, permissions ("only visible to you", "only editable by you"), and the "Edit permissions" link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Edit filter permissions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Locate and star your filter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sidebar with "All bugs assigned to Nikki" filter starred and highlighted under the Starred section.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Edit an existing filter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search screen with the "All bugs assigned to Nikki" filter selected, showing issues and the search bar.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Verify the filter save confirmation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search screen with the "All bugs assigned to Nikki" filter selected, showing "No issues were found to match your search" and a confirmation message that the filter has been saved.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"Watch these next!", "Click on our logo to Subscribe to the channel", and social media icons on a colorful background.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