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Build a Sprint Dashboard in Jira Software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your Scrum 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Software Scrum board with backlog and active sprint visible, showing issues, the navigation sidebar, and the top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Create a new dashboard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dashboard dialog in Jira showing name, description, and access options (Project, Group, Open, Private)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Add sprint gadgets to your dashboard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Add a gadget dialog in Jira with a search for "sprint" listing three gadgets: Days Remaining in Sprint, Sprint Burndown, and Sprint Health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Configure the Days Remaining in Sprint gadget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=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Configuring the Days Remaining in Sprint gadget with board set to "Scrum in Space," Show board name checked, sprint set to "Next Sprint Due (auto)," and the Save button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Configure the Sprint Health gadget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=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Sprint Health gadget configured for the "Scrum in Space" board, showing board name, sprint name, assignees, and auto-refresh enabled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Configure the Sprint Burndown gadget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=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Sprint Burndown gadget being configured with the board dropdown open and "Scrum in Space" being selected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Customize the dashboard layout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dashboard with gadgets displayed and the Edit layout button visible, showing options to customize the dashboard layout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Create a filter for your active sprint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dashboard with the Filters menu open, showing options for View all filters and Advanced issue search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=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"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"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issue navigator with the search bar partially filled ("project = Tea"), showing auto-suggestions for Teams in Space and Team Travel Web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j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=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"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"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(</w:t>
      </w:r>
      <w:r>
        <w:rPr>
          <w:color w:val="4472C4"/>
          <w:sz w:val="24"/>
          <w:rFonts w:ascii="Times New Roman" w:hAnsi="Times New Roman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(</w:t>
      </w:r>
      <w:r>
        <w:rPr>
          <w:color w:val="4472C4"/>
          <w:sz w:val="24"/>
          <w:rFonts w:ascii="Times New Roman" w:hAnsi="Times New Roman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(</w:t>
      </w:r>
      <w:r>
        <w:rPr>
          <w:color w:val="4472C4"/>
          <w:sz w:val="24"/>
          <w:rFonts w:ascii="Times New Roman" w:hAnsi="Times New Roman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issue navigator with the JQL query being typed ("project = \"Teams in Space\" and sprint in"), showing auto-suggestions for closedSprints(), futureSprints(), and openSprints()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issue navigator with the JQL query "project = \"Teams in Space\" and sprint in openSprints()," showing filtered issues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Save and share your filter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issue navigator with the Save as button highlighted, ready to save the filter for active sprints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filter details screen for TIS - Active Sprint, showing the saved filter and options to edit permissions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Confirm filter permissions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filter details pop-up for TIS - Active Sprint, showing the Edit permissions option being selected, with filter ownership and subscription details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Select your dashboard and review existing gadgets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dashboard selection dropdown open, showing "Sprint in Space" starred and "Default dashboard" under Recent. The main screen lists issues for "TIS - Active Sprint" with columns for Key, Summary, Assignee, Reporter, Status, Resolution, Created, Updated, and Due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Dashboard titled "Sprint in Space" with a Pie Chart gadget (no filter/project selected), a Sprint Health gadget (Sprint 7 - Scrum in Space), and a Days Remaining in Sprint gadget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Configure the Pie Chart gadget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Pie Chart gadget being configured, with "TIS - Active Sprint" selected as the filter, Statistic Type set to Assignee, and the Save button highlighted; the Sprint Health gadget is visible on the right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Review the Days Remaining and Sprint Health gadgets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Dashboard showing the Days Remaining in Sprint gadget ("2 Days Remaining"), the Sprint Health gadget, and the Sprint Burndown gadget partially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Configure the Two Dimensional Filter Statistics gadget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Dimensional Filter Statistics gadget being configured, with "TIS - Active Sprint" selected and a dropdown for dimension selection open showing options like Issue Type, Assignee, and Sprint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Dimensional Filter Statistics gadget showing a table with assignees (Carl Winslow, Cassie Owens, Harvey Jennings, Unassigned) and statuses (WAITING REVIEW, DRAFT, CLOSED) with counts for each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Dashboard overview with the Two Dimensional Filter Statistics gadget, the Days Remaining in Sprint gadget, and the Sprint Health gadget all visible and populated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Add the Filter Results gadget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dashboard with the "Add gadget" button highlighted, showing existing gadgets: Days Remaining in Sprint, Sprint Health, Sprint Burndown, and Two Dimensional Filter Statistics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Configure the Filter Results gadget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Filter Results gadget being configured, with the Saved Filter dropdown open showing options like "TIS - Active Sprint" and others; the Sprint Health gadget is visible on the right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Filter Results gadget configuration with "TIS - Active Sprint" selected, 10 results, columns for Issue Type, Key, Summary, and Priority, and the field selection dropdown open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Filter Results gadget displaying issues for "TIS - Active Sprint" with columns for Key, Summary, and Story Points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Review your completed dashboard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Dashboard showing the Sprint Burndown gadget, Two Dimensional Filter Statistics gadget, and Filter Results gadget together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Dashboard with Days Remaining, Sprint Health, Sprint Burndown, Two Dimensional Filter Statistics, and Filter Results gadgets all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Pie Chart gadget (TIS - Active Sprint) and Filter Results gadget side by side, showing issue breakdown and a detailed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Getting help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in a home/office setting speaking directly to the camera, offering Jira support, with a whiteboard and office equipment visible in the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smiling, continuing to offer support and encouraging viewers to reach out for Jira assistance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background with a large, stylized white logo centered above the word "MODUS" in bold, uppercase letters, with no other objects, people, or UI elements present</w:t>
      </w:r>
    </w:p>
    <w:p>
      <w:pPr/>
      <w:r>
        <w:br w:type="page"/>
      </w:r>
    </w:p>
    <w:sectPr w:rsidR="00FC693F" w:rsidRPr="0006063C" w:rsidSect="00034616">
      <w:headerReference w:type="default" r:id="rId32"/>
      <w:footerReference w:type="default" r:id="rId3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header" Target="header1.xm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