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board in Jira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Navigate to your project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Open the board menu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project screen showing the Kanban board with the board dropdown menu open, listing available boards and the "+ Create board" option at the bottom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Confirm your project type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Open the create board dialog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+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Choose a board type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dialog box offering options to create a Scrum board or a Kanban board, with descriptions and buttons for each type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Select Kanban board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dialog box with the "Create a Kanban board" button selected, ready to proceed to the next step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Choose how to create your Kanban board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"Create a board" dialog with three options: Board created with new Software project, Board from an existing project, and Board from an existing Saved Filter, with the first option selected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Review the "board from an existing project" option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"Create a board" dialog with "Board from an existing project" selected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Review the "saved filter" option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"Create a board" dialog with "Board from an existing Saved Filter" selected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Select "board from an existing project" and continue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"Create a board" dialog with "Board from an existing project" selected, ready to proceed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Name your board and select projects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w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b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"Name this board" dialog with multiple projects selected: Chat Feature (CF), User portal app (UPA), and Marketing team (MAR)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Choose the board location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h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(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Create and view your board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Kanban board view showing issues from multiple projects, a Kanban Backlog notification, and multiple user avatars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Switch between boards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sidebar showing multiple boards, a search bar, and board categories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Find boards across projects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board selector with "Multiple Project" board selected and other boards listed below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16: Track progress on your Kanban board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Kanban board showing columns for TO DO, IN PROGRESS, CODE REVIEW, TEST, and DONE, with task cards, team member avatars, and a navigation sidebar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17: Access quick filters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Kanban board with the Quick filters dropdown open and the board settings menu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18: Filter the board by app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Kanban board with multiple quick filter buttons above the columns, the "Foxly" filter selected, and the board showing filtered results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19: Filter by specific issue types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Kanban board with "Stories" and "Bugs" quick filters visible, cursor hovering over the "Bugs" filter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20: Predefine and manage quick filters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j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=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board settings screen showing Quick Filters configuration, with Name, JQL, and Description fields alongside a list of existing filters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21: See your quick filters on the board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Quick Filters settings screen showing the process of adding a new filter alongside a list of existing filters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Jira Quick Filters settings screen with the presenter in the corner, indicating the end of the tutorial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JIRA HOW TOs outro screen with gradient background, large text, logo, and subscribe message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JIRA HOW TOs outro screen with gradient background, large text, logo, and subscribe message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JIRA HOW TOs outro screen with gradient background, large text, logo, and subscribe message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HOW TOs outro screen with gradient background, large text, logo, and subscribe message</w:t>
      </w:r>
    </w:p>
    <w:p>
      <w:pPr/>
      <w:r>
        <w:br w:type="page"/>
      </w:r>
    </w:p>
    <w:sectPr w:rsidR="00FC693F" w:rsidRPr="0006063C" w:rsidSect="00034616">
      <w:headerReference w:type="default" r:id="rId28"/>
      <w:footerReference w:type="default" r:id="rId2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header" Target="header1.xml"/><Relationship Id="rId2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