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send a message in Infinite Campus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shows you how to send a message in Infinite Campus using the Message Center. You can send a general message to students and parents, or send an automated Missing Assignment Message that lists each student's missing work. The steps below cover both.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 have an Infinite Campus login.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You can access the </w:t>
      </w:r>
      <w:r>
        <w:rPr>
          <w:b/>
          <w:color w:val="404040"/>
          <w:sz w:val="24"/>
          <w:rFonts w:ascii="Inter" w:hAnsi="Inter" w:eastAsia="Noto Sans CJK JP" w:cs="Noto Sans CJK JP"/>
        </w:rPr>
        <w:t>Message Center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main menu.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Send a general message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1: Open the Message Center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Log in to Infinite Campus. From the main menu, go to </w:t>
      </w:r>
      <w:r>
        <w:rPr>
          <w:b/>
          <w:color w:val="404040"/>
          <w:sz w:val="24"/>
          <w:rFonts w:ascii="Inter" w:hAnsi="Inter" w:eastAsia="Noto Sans CJK JP" w:cs="Noto Sans CJK JP"/>
        </w:rPr>
        <w:t>Message Center</w:t>
      </w:r>
      <w:r>
        <w:rPr>
          <w:color w:val="404040"/>
          <w:sz w:val="24"/>
          <w:rFonts w:ascii="Inter" w:hAnsi="Inter" w:eastAsia="Noto Sans CJK JP" w:cs="Noto Sans CJK JP"/>
        </w:rPr>
        <w:t xml:space="preserve">. The screen lists your previous messages and shows a </w:t>
      </w:r>
      <w:r>
        <w:rPr>
          <w:b/>
          <w:color w:val="404040"/>
          <w:sz w:val="24"/>
          <w:rFonts w:ascii="Inter" w:hAnsi="Inter" w:eastAsia="Noto Sans CJK JP" w:cs="Noto Sans CJK JP"/>
        </w:rPr>
        <w:t>New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at the top.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Message Center screen with a list of previous messages, the navigation menu on the left, and the New button at the top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2: Create a new message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New</w:t>
      </w:r>
      <w:r>
        <w:rPr>
          <w:color w:val="404040"/>
          <w:sz w:val="24"/>
          <w:rFonts w:ascii="Inter" w:hAnsi="Inter" w:eastAsia="Noto Sans CJK JP" w:cs="Noto Sans CJK JP"/>
        </w:rPr>
        <w:t xml:space="preserve"> at the top of the Message Center to start a new message.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Message Center with the cursor near the New button, showing where to start a new message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3: Enter the message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Fill in the </w:t>
      </w:r>
      <w:r>
        <w:rPr>
          <w:b/>
          <w:color w:val="404040"/>
          <w:sz w:val="24"/>
          <w:rFonts w:ascii="Inter" w:hAnsi="Inter" w:eastAsia="Noto Sans CJK JP" w:cs="Noto Sans CJK JP"/>
        </w:rPr>
        <w:t>Subject Line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Message</w:t>
      </w:r>
      <w:r>
        <w:rPr>
          <w:color w:val="404040"/>
          <w:sz w:val="24"/>
          <w:rFonts w:ascii="Inter" w:hAnsi="Inter" w:eastAsia="Noto Sans CJK JP" w:cs="Noto Sans CJK JP"/>
        </w:rPr>
        <w:t xml:space="preserve"> fields. Then scroll down and click </w:t>
      </w:r>
      <w:r>
        <w:rPr>
          <w:b/>
          <w:color w:val="404040"/>
          <w:sz w:val="24"/>
          <w:rFonts w:ascii="Inter" w:hAnsi="Inter" w:eastAsia="Noto Sans CJK JP" w:cs="Noto Sans CJK JP"/>
        </w:rPr>
        <w:t>Next</w:t>
      </w:r>
      <w:r>
        <w:rPr>
          <w:color w:val="404040"/>
          <w:sz w:val="24"/>
          <w:rFonts w:ascii="Inter" w:hAnsi="Inter" w:eastAsia="Noto Sans CJK JP" w:cs="Noto Sans CJK JP"/>
        </w:rPr>
        <w:t xml:space="preserve"> to continue to recipient selection.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4: Select the term and classes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Choose the current term, for example Term Q3. Then select the classes you want to message. For example, select "ADVJ 06101-3 Advisory 07A (Fri-Min A)" to message your advisory class.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Recipient selection screen showing terms, class sections, and options for Messenger Contacts and Students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5: Choose the recipients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Under "Recipients," select both </w:t>
      </w:r>
      <w:r>
        <w:rPr>
          <w:b/>
          <w:color w:val="404040"/>
          <w:sz w:val="24"/>
          <w:rFonts w:ascii="Inter" w:hAnsi="Inter" w:eastAsia="Noto Sans CJK JP" w:cs="Noto Sans CJK JP"/>
        </w:rPr>
        <w:t>Messenger Contacts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Students</w:t>
      </w:r>
      <w:r>
        <w:rPr>
          <w:color w:val="404040"/>
          <w:sz w:val="24"/>
          <w:rFonts w:ascii="Inter" w:hAnsi="Inter" w:eastAsia="Noto Sans CJK JP" w:cs="Noto Sans CJK JP"/>
        </w:rPr>
        <w:t xml:space="preserve">. This ensures the message reaches both students and parents. Click </w:t>
      </w:r>
      <w:r>
        <w:rPr>
          <w:b/>
          <w:color w:val="404040"/>
          <w:sz w:val="24"/>
          <w:rFonts w:ascii="Inter" w:hAnsi="Inter" w:eastAsia="Noto Sans CJK JP" w:cs="Noto Sans CJK JP"/>
        </w:rPr>
        <w:t>Next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6: Review and send the message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Review your message for accuracy. When it is correct, click </w:t>
      </w:r>
      <w:r>
        <w:rPr>
          <w:b/>
          <w:color w:val="404040"/>
          <w:sz w:val="24"/>
          <w:rFonts w:ascii="Inter" w:hAnsi="Inter" w:eastAsia="Noto Sans CJK JP" w:cs="Noto Sans CJK JP"/>
        </w:rPr>
        <w:t>Send</w:t>
      </w:r>
      <w:r>
        <w:rPr>
          <w:color w:val="404040"/>
          <w:sz w:val="24"/>
          <w:rFonts w:ascii="Inter" w:hAnsi="Inter" w:eastAsia="Noto Sans CJK JP" w:cs="Noto Sans CJK JP"/>
        </w:rPr>
        <w:t xml:space="preserve"> to deliver it.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Send missing assignment notifications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can also use the Message Center to notify students and parents about missing assignments.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7: Select the message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"Message Type" drop-down, choose </w:t>
      </w:r>
      <w:r>
        <w:rPr>
          <w:b/>
          <w:color w:val="404040"/>
          <w:sz w:val="24"/>
          <w:rFonts w:ascii="Inter" w:hAnsi="Inter" w:eastAsia="Noto Sans CJK JP" w:cs="Noto Sans CJK JP"/>
        </w:rPr>
        <w:t>Missing Assignment Message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8: Review the notification template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Infinite Campus automatically generates an email template that includes: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The student's name.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list of the student's missing assignments.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link to the Campus Parent or Campus Student portal for more information.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You can review or edit the subject (for example, "Missing Assignment") and the message body.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Missing Assignment Message template with auto-filled fields for the student name, missing assignments list, and portal URL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9: Continue and select a class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Next</w:t>
      </w:r>
      <w:r>
        <w:rPr>
          <w:color w:val="404040"/>
          <w:sz w:val="24"/>
          <w:rFonts w:ascii="Inter" w:hAnsi="Inter" w:eastAsia="Noto Sans CJK JP" w:cs="Noto Sans CJK JP"/>
        </w:rPr>
        <w:t xml:space="preserve"> to continue. Then choose the class you want to notify about missing assignments.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10: Select the class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Send missing assignment notifications to each class separately, and repeat the process for every class. Select the class from the "Sections" drop-down, for example "ADVJ 06101-3 Advisory 07A (Fri-Min A)". Make sure you are on the "Missing Assignment Message: Step 2" screen.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Missing Assignment Message: Step 2 screen showing class section selection, term grade, assignment checkboxes, and recipient options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11: Include all missing assignments with Term Grade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Under "Recipient Criteria," check the </w:t>
      </w:r>
      <w:r>
        <w:rPr>
          <w:b/>
          <w:color w:val="404040"/>
          <w:sz w:val="24"/>
          <w:rFonts w:ascii="Inter" w:hAnsi="Inter" w:eastAsia="Noto Sans CJK JP" w:cs="Noto Sans CJK JP"/>
        </w:rPr>
        <w:t>Term Grade</w:t>
      </w:r>
      <w:r>
        <w:rPr>
          <w:color w:val="404040"/>
          <w:sz w:val="24"/>
          <w:rFonts w:ascii="Inter" w:hAnsi="Inter" w:eastAsia="Noto Sans CJK JP" w:cs="Noto Sans CJK JP"/>
        </w:rPr>
        <w:t xml:space="preserve"> box. This includes all missing assignments for the selected term.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Review the list under "Assignments" and make sure all relevant assignments are checked. If needed, use </w:t>
      </w:r>
      <w:r>
        <w:rPr>
          <w:b/>
          <w:color w:val="404040"/>
          <w:sz w:val="24"/>
          <w:rFonts w:ascii="Inter" w:hAnsi="Inter" w:eastAsia="Noto Sans CJK JP" w:cs="Noto Sans CJK JP"/>
        </w:rPr>
        <w:t>Select All</w:t>
      </w:r>
      <w:r>
        <w:rPr>
          <w:color w:val="404040"/>
          <w:sz w:val="24"/>
          <w:rFonts w:ascii="Inter" w:hAnsi="Inter" w:eastAsia="Noto Sans CJK JP" w:cs="Noto Sans CJK JP"/>
        </w:rPr>
        <w:t xml:space="preserve"> to include every assignment for the term.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12: Choose the recipients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Under "Recipients," select both </w:t>
      </w:r>
      <w:r>
        <w:rPr>
          <w:b/>
          <w:color w:val="404040"/>
          <w:sz w:val="24"/>
          <w:rFonts w:ascii="Inter" w:hAnsi="Inter" w:eastAsia="Noto Sans CJK JP" w:cs="Noto Sans CJK JP"/>
        </w:rPr>
        <w:t>Messenger Contacts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Students</w:t>
      </w:r>
      <w:r>
        <w:rPr>
          <w:color w:val="404040"/>
          <w:sz w:val="24"/>
          <w:rFonts w:ascii="Inter" w:hAnsi="Inter" w:eastAsia="Noto Sans CJK JP" w:cs="Noto Sans CJK JP"/>
        </w:rPr>
        <w:t>. This sends the notification to both parents and students. Confirm both boxes are checked before you continue.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All assignments selected, Messenger Contacts and Students both checked, and the cursor on the Next button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13: Continue to the review screen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Next</w:t>
      </w:r>
      <w:r>
        <w:rPr>
          <w:color w:val="404040"/>
          <w:sz w:val="24"/>
          <w:rFonts w:ascii="Inter" w:hAnsi="Inter" w:eastAsia="Noto Sans CJK JP" w:cs="Noto Sans CJK JP"/>
        </w:rPr>
        <w:t xml:space="preserve"> to go to the message review screen. Wait for the system to process your selections. A loading indicator may appear.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system processing after you click Next, with a loading spinner visible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14: Review the delivery summary and message preview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On the "Missing Assignment Message: Step 3" screen, review the </w:t>
      </w:r>
      <w:r>
        <w:rPr>
          <w:b/>
          <w:color w:val="404040"/>
          <w:sz w:val="24"/>
          <w:rFonts w:ascii="Inter" w:hAnsi="Inter" w:eastAsia="Noto Sans CJK JP" w:cs="Noto Sans CJK JP"/>
        </w:rPr>
        <w:t>Delivery Summary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Message Preview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Confirm the </w:t>
      </w:r>
      <w:r>
        <w:rPr>
          <w:b/>
          <w:color w:val="404040"/>
          <w:sz w:val="24"/>
          <w:rFonts w:ascii="Inter" w:hAnsi="Inter" w:eastAsia="Noto Sans CJK JP" w:cs="Noto Sans CJK JP"/>
        </w:rPr>
        <w:t>Delivery Date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Inbox/Email Delivery Time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Check the </w:t>
      </w:r>
      <w:r>
        <w:rPr>
          <w:b/>
          <w:color w:val="404040"/>
          <w:sz w:val="24"/>
          <w:rFonts w:ascii="Inter" w:hAnsi="Inter" w:eastAsia="Noto Sans CJK JP" w:cs="Noto Sans CJK JP"/>
        </w:rPr>
        <w:t>Recipient Count</w:t>
      </w:r>
      <w:r>
        <w:rPr>
          <w:color w:val="404040"/>
          <w:sz w:val="24"/>
          <w:rFonts w:ascii="Inter" w:hAnsi="Inter" w:eastAsia="Noto Sans CJK JP" w:cs="Noto Sans CJK JP"/>
        </w:rPr>
        <w:t xml:space="preserve"> to make sure all intended recipients are included.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Review the </w:t>
      </w:r>
      <w:r>
        <w:rPr>
          <w:b/>
          <w:color w:val="404040"/>
          <w:sz w:val="24"/>
          <w:rFonts w:ascii="Inter" w:hAnsi="Inter" w:eastAsia="Noto Sans CJK JP" w:cs="Noto Sans CJK JP"/>
        </w:rPr>
        <w:t>Message Subject</w:t>
      </w:r>
      <w:r>
        <w:rPr>
          <w:color w:val="404040"/>
          <w:sz w:val="24"/>
          <w:rFonts w:ascii="Inter" w:hAnsi="Inter" w:eastAsia="Noto Sans CJK JP" w:cs="Noto Sans CJK JP"/>
        </w:rPr>
        <w:t>, for example "Missing Assignment".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Review the </w:t>
      </w:r>
      <w:r>
        <w:rPr>
          <w:b/>
          <w:color w:val="404040"/>
          <w:sz w:val="24"/>
          <w:rFonts w:ascii="Inter" w:hAnsi="Inter" w:eastAsia="Noto Sans CJK JP" w:cs="Noto Sans CJK JP"/>
        </w:rPr>
        <w:t>Message Body</w:t>
      </w:r>
      <w:r>
        <w:rPr>
          <w:color w:val="404040"/>
          <w:sz w:val="24"/>
          <w:rFonts w:ascii="Inter" w:hAnsi="Inter" w:eastAsia="Noto Sans CJK JP" w:cs="Noto Sans CJK JP"/>
        </w:rPr>
        <w:t xml:space="preserve"> to confirm it includes the student's name, a list of missing assignments, and a link to the Campus Parent or Campus Student portal.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15: Send the notification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everything is correct, click </w:t>
      </w:r>
      <w:r>
        <w:rPr>
          <w:b/>
          <w:color w:val="404040"/>
          <w:sz w:val="24"/>
          <w:rFonts w:ascii="Inter" w:hAnsi="Inter" w:eastAsia="Noto Sans CJK JP" w:cs="Noto Sans CJK JP"/>
        </w:rPr>
        <w:t>Send</w:t>
      </w:r>
      <w:r>
        <w:rPr>
          <w:color w:val="404040"/>
          <w:sz w:val="24"/>
          <w:rFonts w:ascii="Inter" w:hAnsi="Inter" w:eastAsia="Noto Sans CJK JP" w:cs="Noto Sans CJK JP"/>
        </w:rPr>
        <w:t xml:space="preserve"> to deliver the notification.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Missing Assignment Message: Step 3 screen showing the delivery summary, message preview, and the cursor on the Send button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have now sent both a general message and an automated missing assignment message through Infinite Campus. Repeat the missing assignment steps for each class as needed so all students and parents receive accurate notifications.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rFonts w:ascii="Inter" w:hAnsi="Inter" w:eastAsia="Noto Sans CJK JP" w:cs="Noto Sans CJK JP"/>
      <w:color w:val="4040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