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print a gradebook in Infinite Campus for parent-teacher conferences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shows you how to print a gradebook in Infinite Campus as a Student Summary report. You sign in, open the gradebook reports, choose the students and terms, and generate a report you can print or save for parent-teacher conferences.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Your district's Infinite Campus login page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Your Infinite Campus username and password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1. Sign in to Infinite Campus</w:t>
      </w:r>
    </w:p>
    <w:p>
      <w:pPr>
        <w:pStyle w:val="ListNumber2"/>
        <w:numPr>
          <w:ilvl w:val="0"/>
          <w:numId w:val="10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Go to your district's Infinite Campus login page.</w:t>
      </w:r>
    </w:p>
    <w:p>
      <w:pPr>
        <w:pStyle w:val="ListNumber2"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>Enter your username and password in the fields provided.</w:t>
      </w:r>
    </w:p>
    <w:p>
      <w:pPr>
        <w:pStyle w:val="ListNumber2"/>
        <w:keepNext/>
        <w:keepLines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Sign In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Infinite Campus login screen with the username and password fields filled in, the Sign In button highlighted, and district information displayed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2. Open the Instruction module</w:t>
      </w:r>
    </w:p>
    <w:p>
      <w:pPr>
        <w:pStyle w:val="ListNumber2"/>
        <w:numPr>
          <w:ilvl w:val="0"/>
          <w:numId w:val="11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After you sign in, find the icons in the upper right-hand corner of the dashboard.</w:t>
      </w:r>
    </w:p>
    <w:p>
      <w:pPr>
        <w:pStyle w:val="ListNumber2"/>
        <w:keepNext/>
        <w:keepLines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Instruction</w:t>
      </w:r>
      <w:r>
        <w:rPr>
          <w:color w:val="404040"/>
          <w:sz w:val="24"/>
          <w:rFonts w:ascii="Inter" w:hAnsi="Inter" w:eastAsia="Noto Sans CJK JP" w:cs="Noto Sans CJK JP"/>
        </w:rPr>
        <w:t xml:space="preserve"> icon.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Infinite Campus dashboard with the Instruction icon highlighted among the upper-right icons and the navigation menu on the left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3. Go to the gradebook reports</w:t>
      </w:r>
    </w:p>
    <w:p>
      <w:pPr>
        <w:pStyle w:val="ListNumber2"/>
        <w:numPr>
          <w:ilvl w:val="0"/>
          <w:numId w:val="12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left-hand navigation menu, scroll down until you see </w:t>
      </w:r>
      <w:r>
        <w:rPr>
          <w:b/>
          <w:color w:val="404040"/>
          <w:sz w:val="24"/>
          <w:rFonts w:ascii="Inter" w:hAnsi="Inter" w:eastAsia="Noto Sans CJK JP" w:cs="Noto Sans CJK JP"/>
        </w:rPr>
        <w:t>Reports (Grade Book)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Reports (Grade Book)</w:t>
      </w:r>
      <w:r>
        <w:rPr>
          <w:color w:val="404040"/>
          <w:sz w:val="24"/>
          <w:rFonts w:ascii="Inter" w:hAnsi="Inter" w:eastAsia="Noto Sans CJK JP" w:cs="Noto Sans CJK JP"/>
        </w:rPr>
        <w:t xml:space="preserve"> to open the gradebook reporting options.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4. Select the report type</w:t>
      </w:r>
    </w:p>
    <w:p>
      <w:pPr>
        <w:pStyle w:val="ListNumber2"/>
        <w:numPr>
          <w:ilvl w:val="0"/>
          <w:numId w:val="13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On the Report Options screen, find the </w:t>
      </w:r>
      <w:r>
        <w:rPr>
          <w:b/>
          <w:color w:val="404040"/>
          <w:sz w:val="24"/>
          <w:rFonts w:ascii="Inter" w:hAnsi="Inter" w:eastAsia="Noto Sans CJK JP" w:cs="Noto Sans CJK JP"/>
        </w:rPr>
        <w:t>Report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 menu.</w:t>
      </w:r>
    </w:p>
    <w:p>
      <w:pPr>
        <w:pStyle w:val="ListNumber2"/>
        <w:keepNext/>
        <w:keepLines/>
        <w:numPr>
          <w:ilvl w:val="0"/>
          <w:numId w:val="13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Change the report type from </w:t>
      </w:r>
      <w:r>
        <w:rPr>
          <w:b/>
          <w:color w:val="404040"/>
          <w:sz w:val="24"/>
          <w:rFonts w:ascii="Inter" w:hAnsi="Inter" w:eastAsia="Noto Sans CJK JP" w:cs="Noto Sans CJK JP"/>
        </w:rPr>
        <w:t>Section Summary</w:t>
      </w:r>
      <w:r>
        <w:rPr>
          <w:color w:val="404040"/>
          <w:sz w:val="24"/>
          <w:rFonts w:ascii="Inter" w:hAnsi="Inter" w:eastAsia="Noto Sans CJK JP" w:cs="Noto Sans CJK JP"/>
        </w:rPr>
        <w:t xml:space="preserve"> to </w:t>
      </w:r>
      <w:r>
        <w:rPr>
          <w:b/>
          <w:color w:val="404040"/>
          <w:sz w:val="24"/>
          <w:rFonts w:ascii="Inter" w:hAnsi="Inter" w:eastAsia="Noto Sans CJK JP" w:cs="Noto Sans CJK JP"/>
        </w:rPr>
        <w:t>Student Summary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Options screen with the Report dropdown set to Student Summary and several report configuration checkboxes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Choose </w:t>
      </w:r>
      <w:r>
        <w:rPr>
          <w:b/>
          <w:color w:val="404040"/>
          <w:sz w:val="24"/>
          <w:rFonts w:ascii="Inter" w:hAnsi="Inter" w:eastAsia="Noto Sans CJK JP" w:cs="Noto Sans CJK JP"/>
        </w:rPr>
        <w:t>Section Summary</w:t>
      </w:r>
      <w:r>
        <w:rPr>
          <w:color w:val="404040"/>
          <w:sz w:val="24"/>
          <w:rFonts w:ascii="Inter" w:hAnsi="Inter" w:eastAsia="Noto Sans CJK JP" w:cs="Noto Sans CJK JP"/>
        </w:rPr>
        <w:t xml:space="preserve"> if you want a report for the whole class. For individual student reports, choose </w:t>
      </w:r>
      <w:r>
        <w:rPr>
          <w:b/>
          <w:color w:val="404040"/>
          <w:sz w:val="24"/>
          <w:rFonts w:ascii="Inter" w:hAnsi="Inter" w:eastAsia="Noto Sans CJK JP" w:cs="Noto Sans CJK JP"/>
        </w:rPr>
        <w:t>Student Summary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5. Configure the Student Summary report</w:t>
      </w:r>
    </w:p>
    <w:p>
      <w:pPr>
        <w:pStyle w:val="ListNumber2"/>
        <w:numPr>
          <w:ilvl w:val="0"/>
          <w:numId w:val="14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Under </w:t>
      </w:r>
      <w:r>
        <w:rPr>
          <w:b/>
          <w:color w:val="404040"/>
          <w:sz w:val="24"/>
          <w:rFonts w:ascii="Inter" w:hAnsi="Inter" w:eastAsia="Noto Sans CJK JP" w:cs="Noto Sans CJK JP"/>
        </w:rPr>
        <w:t>Page Printing Options</w:t>
      </w:r>
      <w:r>
        <w:rPr>
          <w:color w:val="404040"/>
          <w:sz w:val="24"/>
          <w:rFonts w:ascii="Inter" w:hAnsi="Inter" w:eastAsia="Noto Sans CJK JP" w:cs="Noto Sans CJK JP"/>
        </w:rPr>
        <w:t xml:space="preserve">, select </w:t>
      </w:r>
      <w:r>
        <w:rPr>
          <w:b/>
          <w:color w:val="404040"/>
          <w:sz w:val="24"/>
          <w:rFonts w:ascii="Inter" w:hAnsi="Inter" w:eastAsia="Noto Sans CJK JP" w:cs="Noto Sans CJK JP"/>
        </w:rPr>
        <w:t>Student Grades Summary – One Student Per Page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Check </w:t>
      </w:r>
      <w:r>
        <w:rPr>
          <w:b/>
          <w:color w:val="404040"/>
          <w:sz w:val="24"/>
          <w:rFonts w:ascii="Inter" w:hAnsi="Inter" w:eastAsia="Noto Sans CJK JP" w:cs="Noto Sans CJK JP"/>
        </w:rPr>
        <w:t>Show Assignment Detail – One Student Per Page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>Select the assignment detail fields you want to include. Options include Name, Score, Percent, Category Name, Points Possible, Assigned Date, Score Comments, Student Instructions, and Shade Alternate Rows.</w:t>
      </w:r>
    </w:p>
    <w:p>
      <w:pPr>
        <w:pStyle w:val="ListNumber2"/>
        <w:keepNext/>
        <w:keepLines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Under </w:t>
      </w:r>
      <w:r>
        <w:rPr>
          <w:b/>
          <w:color w:val="404040"/>
          <w:sz w:val="24"/>
          <w:rFonts w:ascii="Inter" w:hAnsi="Inter" w:eastAsia="Noto Sans CJK JP" w:cs="Noto Sans CJK JP"/>
        </w:rPr>
        <w:t>Grade Summary</w:t>
      </w:r>
      <w:r>
        <w:rPr>
          <w:color w:val="404040"/>
          <w:sz w:val="24"/>
          <w:rFonts w:ascii="Inter" w:hAnsi="Inter" w:eastAsia="Noto Sans CJK JP" w:cs="Noto Sans CJK JP"/>
        </w:rPr>
        <w:t xml:space="preserve">, check the options you need: </w:t>
      </w:r>
      <w:r>
        <w:rPr>
          <w:b/>
          <w:color w:val="404040"/>
          <w:sz w:val="24"/>
          <w:rFonts w:ascii="Inter" w:hAnsi="Inter" w:eastAsia="Noto Sans CJK JP" w:cs="Noto Sans CJK JP"/>
        </w:rPr>
        <w:t>Show Assignment Categories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Show Final Grade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Show Total Points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Show In-Progress Grade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Show Grade Percentages</w:t>
      </w:r>
      <w:r>
        <w:rPr>
          <w:color w:val="404040"/>
          <w:sz w:val="24"/>
          <w:rFonts w:ascii="Inter" w:hAnsi="Inter" w:eastAsia="Noto Sans CJK JP" w:cs="Noto Sans CJK JP"/>
        </w:rPr>
        <w:t xml:space="preserve">, and </w:t>
      </w:r>
      <w:r>
        <w:rPr>
          <w:b/>
          <w:color w:val="404040"/>
          <w:sz w:val="24"/>
          <w:rFonts w:ascii="Inter" w:hAnsi="Inter" w:eastAsia="Noto Sans CJK JP" w:cs="Noto Sans CJK JP"/>
        </w:rPr>
        <w:t>Shade Alternate Rows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Options screen with Student Grades Summary – One Student Per Page selected and the assignment detail fields checked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6. Select the students for the report</w:t>
      </w:r>
    </w:p>
    <w:p>
      <w:pPr>
        <w:pStyle w:val="ListNumber2"/>
        <w:numPr>
          <w:ilvl w:val="0"/>
          <w:numId w:val="15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Scroll down to the </w:t>
      </w:r>
      <w:r>
        <w:rPr>
          <w:b/>
          <w:color w:val="404040"/>
          <w:sz w:val="24"/>
          <w:rFonts w:ascii="Inter" w:hAnsi="Inter" w:eastAsia="Noto Sans CJK JP" w:cs="Noto Sans CJK JP"/>
        </w:rPr>
        <w:t>Select Students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section.</w:t>
      </w:r>
    </w:p>
    <w:p>
      <w:pPr>
        <w:pStyle w:val="ListNumber2"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>Deselect all students if you want to print for only one student.</w:t>
      </w:r>
    </w:p>
    <w:p>
      <w:pPr>
        <w:pStyle w:val="ListNumber2"/>
        <w:keepNext/>
        <w:keepLines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>Check the box next to each student you want to include.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Student selection list with checkboxes next to student names, with the names covered by a blue box for privacy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7. Choose the terms to print</w:t>
      </w:r>
    </w:p>
    <w:p>
      <w:pPr>
        <w:pStyle w:val="ListNumber2"/>
        <w:numPr>
          <w:ilvl w:val="0"/>
          <w:numId w:val="16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Select Assignments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decide which terms you want in the report.</w:t>
      </w:r>
    </w:p>
    <w:p>
      <w:pPr>
        <w:pStyle w:val="ListNumber2"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>Unselect any terms you do not want to print.</w:t>
      </w:r>
    </w:p>
    <w:p>
      <w:pPr>
        <w:pStyle w:val="ListNumber2"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>Click to expand the terms you want, such as Term 1 and Term 2.</w:t>
      </w:r>
    </w:p>
    <w:p>
      <w:pPr>
        <w:pStyle w:val="ListNumber2"/>
        <w:keepNext/>
        <w:keepLines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>For each term, select the grading periods or assignment groups to include.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Assignment selection screen listing Term 1 through Term 4 with a checkbox for each term and the cursor on the term selection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8. Select the 9 Week Grade</w:t>
      </w:r>
    </w:p>
    <w:p>
      <w:pPr>
        <w:pStyle w:val="ListNumber2"/>
        <w:numPr>
          <w:ilvl w:val="0"/>
          <w:numId w:val="17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For each term, check only the </w:t>
      </w:r>
      <w:r>
        <w:rPr>
          <w:b/>
          <w:color w:val="404040"/>
          <w:sz w:val="24"/>
          <w:rFonts w:ascii="Inter" w:hAnsi="Inter" w:eastAsia="Noto Sans CJK JP" w:cs="Noto Sans CJK JP"/>
        </w:rPr>
        <w:t>9 Week Grade</w:t>
      </w:r>
      <w:r>
        <w:rPr>
          <w:color w:val="404040"/>
          <w:sz w:val="24"/>
          <w:rFonts w:ascii="Inter" w:hAnsi="Inter" w:eastAsia="Noto Sans CJK JP" w:cs="Noto Sans CJK JP"/>
        </w:rPr>
        <w:t xml:space="preserve"> box. This is the recommended selection.</w:t>
      </w:r>
    </w:p>
    <w:p>
      <w:pPr>
        <w:pStyle w:val="ListNumber2"/>
        <w:keepNext/>
        <w:keepLines/>
        <w:numPr>
          <w:ilvl w:val="0"/>
          <w:numId w:val="17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Leave </w:t>
      </w:r>
      <w:r>
        <w:rPr>
          <w:b/>
          <w:color w:val="404040"/>
          <w:sz w:val="24"/>
          <w:rFonts w:ascii="Inter" w:hAnsi="Inter" w:eastAsia="Noto Sans CJK JP" w:cs="Noto Sans CJK JP"/>
        </w:rPr>
        <w:t>4 1/2 Week Progress</w:t>
      </w:r>
      <w:r>
        <w:rPr>
          <w:color w:val="404040"/>
          <w:sz w:val="24"/>
          <w:rFonts w:ascii="Inter" w:hAnsi="Inter" w:eastAsia="Noto Sans CJK JP" w:cs="Noto Sans CJK JP"/>
        </w:rPr>
        <w:t xml:space="preserve"> unchecked unless you specifically need it. The 9 Week Grade gives a more complete summary.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Expanded assignment selection showing the 4 1/2 Week Progress and 9 Week Grade options, with 9 Week Grade checked and assignment categories listed below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9. Generate the gradebook report</w:t>
      </w:r>
    </w:p>
    <w:p>
      <w:pPr>
        <w:pStyle w:val="ListNumber2"/>
        <w:numPr>
          <w:ilvl w:val="0"/>
          <w:numId w:val="18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Confirm your selections for students, terms, grading periods, and assignment details.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Generate Report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top of the assignment selection window.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>Wait while the report is generated. It opens in a new window or tab as a formatted document.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10. Review the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Check that the report includes the following: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The student's name at the top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A separate section for each term you selected, such as </w:t>
      </w:r>
      <w:r>
        <w:rPr>
          <w:b/>
          <w:color w:val="404040"/>
          <w:sz w:val="24"/>
          <w:rFonts w:ascii="Inter" w:hAnsi="Inter" w:eastAsia="Noto Sans CJK JP" w:cs="Noto Sans CJK JP"/>
        </w:rPr>
        <w:t>Term 1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Term 2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A grade summary for each term, including </w:t>
      </w:r>
      <w:r>
        <w:rPr>
          <w:b/>
          <w:color w:val="404040"/>
          <w:sz w:val="24"/>
          <w:rFonts w:ascii="Inter" w:hAnsi="Inter" w:eastAsia="Noto Sans CJK JP" w:cs="Noto Sans CJK JP"/>
        </w:rPr>
        <w:t>Total Points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In-Progress Grade</w:t>
      </w:r>
      <w:r>
        <w:rPr>
          <w:color w:val="404040"/>
          <w:sz w:val="24"/>
          <w:rFonts w:ascii="Inter" w:hAnsi="Inter" w:eastAsia="Noto Sans CJK JP" w:cs="Noto Sans CJK JP"/>
        </w:rPr>
        <w:t xml:space="preserve">, and </w:t>
      </w:r>
      <w:r>
        <w:rPr>
          <w:b/>
          <w:color w:val="404040"/>
          <w:sz w:val="24"/>
          <w:rFonts w:ascii="Inter" w:hAnsi="Inter" w:eastAsia="Noto Sans CJK JP" w:cs="Noto Sans CJK JP"/>
        </w:rPr>
        <w:t>Final Grade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 detailed assignment list for each term, showing assignment names, categories, due dates, points possible, and scores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Student Summary Report in the browser showing grade summaries for Term 1 and Term 2 with assignment details and scores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Confirm that the report has everything you need for the parent-teacher conference.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11. Print or save the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Use the print or download icons in the report viewer. You can print a hard copy or save a digital copy for your records or for distribution at the conference.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12. Close the report and log out</w:t>
      </w:r>
    </w:p>
    <w:p>
      <w:pPr>
        <w:pStyle w:val="ListNumber2"/>
        <w:numPr>
          <w:ilvl w:val="0"/>
          <w:numId w:val="19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Close the report window or tab when you finish reviewing, saving, or printing.</w:t>
      </w:r>
    </w:p>
    <w:p>
      <w:pPr>
        <w:pStyle w:val="ListNumber2"/>
        <w:keepNext/>
        <w:keepLines/>
        <w:numPr>
          <w:ilvl w:val="0"/>
          <w:numId w:val="19"/>
        </w:numPr>
      </w:pPr>
      <w:r>
        <w:rPr>
          <w:color w:val="404040"/>
          <w:sz w:val="24"/>
          <w:rFonts w:ascii="Inter" w:hAnsi="Inter" w:eastAsia="Noto Sans CJK JP" w:cs="Noto Sans CJK JP"/>
        </w:rPr>
        <w:t>Log out of Infinite Campus if you are done with your session.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Windows desktop background indicating the end of the tutorial, with no active windows open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You now know how to print a gradebook in Infinite Campus. Open </w:t>
      </w:r>
      <w:r>
        <w:rPr>
          <w:b/>
          <w:color w:val="404040"/>
          <w:sz w:val="24"/>
          <w:rFonts w:ascii="Inter" w:hAnsi="Inter" w:eastAsia="Noto Sans CJK JP" w:cs="Noto Sans CJK JP"/>
        </w:rPr>
        <w:t>Reports (Grade Book)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Instruction module and choose </w:t>
      </w:r>
      <w:r>
        <w:rPr>
          <w:b/>
          <w:color w:val="404040"/>
          <w:sz w:val="24"/>
          <w:rFonts w:ascii="Inter" w:hAnsi="Inter" w:eastAsia="Noto Sans CJK JP" w:cs="Noto Sans CJK JP"/>
        </w:rPr>
        <w:t>Student Summary</w:t>
      </w:r>
      <w:r>
        <w:rPr>
          <w:color w:val="404040"/>
          <w:sz w:val="24"/>
          <w:rFonts w:ascii="Inter" w:hAnsi="Inter" w:eastAsia="Noto Sans CJK JP" w:cs="Noto Sans CJK JP"/>
        </w:rPr>
        <w:t>. Select your students and terms, generate the report, and print or save it. Each student's grades and assignment details are then ready for parent-teacher conferences.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13"/>
    <w:lvlOverride w:ilvl="0">
      <w:startOverride w:val="1"/>
    </w:lvlOverride>
  </w:num>
  <w:num w:numId="15">
    <w:abstractNumId w:val="14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6"/>
    <w:lvlOverride w:ilvl="0">
      <w:startOverride w:val="1"/>
    </w:lvlOverride>
  </w:num>
  <w:num w:numId="18">
    <w:abstractNumId w:val="17"/>
    <w:lvlOverride w:ilvl="0">
      <w:startOverride w:val="1"/>
    </w:lvlOverride>
  </w:num>
  <w:num w:numId="19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rFonts w:ascii="Inter" w:hAnsi="Inter" w:eastAsia="Noto Sans CJK JP" w:cs="Noto Sans CJK JP"/>
      <w:color w:val="4040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