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Merge Contacts and Companies in HubSpot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Method 1: Merging directly from a contact record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Identify the primary contact record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Open the Actions menu and select Merge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contact record for Leslie Knope with the Actions menu open and the Merge option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Search for duplicate contacts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Merge contacts dialog in HubSpot showing a search for "Leslie" and selection of a duplicate contact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Understand merge behavior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Complete the merge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Merge contacts dialog in HubSpot ready to confirm the merge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Review the merged record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contact record showing a successful merge and updated activity timeline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Method 2: Merging via the duplicates management tool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Navigate to the Contacts or Companies tab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navigation bar with the Contacts menu open, showing options for Contacts, Companies, Calls, Target Accounts, Custom Objects, Activity Feed, and Lists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Open Manage duplicates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Contacts table with the Actions dropdown open and the Manage duplicates option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Review duplicate records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Manage Duplicate Records screen in HubSpot showing pairs of duplicate contacts with Review and Reject buttons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Select and merge multiple records (Operations Hub only)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Manage Duplicate Records screen with checkboxes for selecting multiple duplicate pairs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Identify the duplicate pair to merge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Manage Duplicate Records screen with the cursor near the Review button for the Alexis Eglin duplicate pair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Choose the primary record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Merge duplicate contact records dialog in HubSpot showing two Alexis Eglin records and the selection of a primary record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Complete the merge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Repeat as needed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notes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end screen featuring "HUBSPOT HACKS" in orange curved text, with a "Subscribe" option on the left and a "Watch More" option on the right, set against a blue patterned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