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Import Contacts into HubSpot from a Spreadsheet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Structure your spreadsheet correctly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@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@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@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Spreadsheet example with columns: First, Last, Email, Phone Number, Account. Rows filled with sample contact data.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spreadsheet showing columns: First, Last, Email, Phone Number, Account. The Company/Account column is present but will not be imported.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Split full names into first and last name columns (if needed)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Spreadsheet with the 'Name' column selected, showing full names in a single column.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Data menu open in Google Sheets, with the 'Name' column selected.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Spreadsheet after splitting names, showing separate columns for first and last names.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Start the import in HubSpot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Imports page showing the 'Import' and 'Sync' options.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'Import' and 'Sync' options in HubSpot.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Choose how to start your import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import options: Import file from computer, Import an opt-out list, Repeat a past import.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Import file from computer option selected in HubSpot.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Choose the number of files to import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prompt asking how many files to import: One file or Multiple files with associations.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Choose the number of objects to import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the choice between 'One file' and 'Multiple files with associations' for import, with 'One file' highlighted.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the choice between 'One object' and 'Multiple objects' for import, with 'One object' highlighted.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object selection options: Companies, Contacts, Deals, Products, Shipments, Tickets, and Activities.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Activities options (calls, emails, meetings, notes, tasks) available for import in HubSpot.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Upload your file and choose import behavior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file upload and import options, with a dropdown for 'Create and update Contacts', 'Create new Contacts only', and 'Update existing Contacts only'.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Verify your file and import settings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the file upload interface in HubSpot with the file "Sample Values - dec_2017_orders.csv" uploaded, the "Update existing Contacts only" option selected in the dropdown, and the language set to English. A presenter is visible in the lower right corner.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Map columns to contact properties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Mapping screen showing columns from the import file, mapping options, and a notification of no errors found.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Mapping screen with dropdowns for assigning HubSpot properties to each column.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Handle deduplication and skip unwanted columns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showing options for deduplication using Record ID or skipping column import.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open for the Company Name property, showing usage and description.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Create a new property if needed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Dialog for creating a new property, with fields for object type, group, label, and description.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Review your final mapping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mapped columns, dropdowns for property selection, and 'Don't overwrite' checkboxes. A tooltip reads 'Choose or create a property' for an unmapped column.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Name your import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the "A few final details" section with the import name field being edited. Example name: "Sample Values - dec_2017_orders.csv.csv".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Optionally create a list and confirm compliance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the "Create a list from this import" checkbox being selected, with the import name "Full CRM List - 8-23-23".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both the "Create a list from this import" and the agreement checkbox selected, with the import name filled in.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Start the import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"Import in progress" with summary boxes for import rows, new records, updated records, new associations, and a progress indicator.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Review the import summary and errors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import summary: 511 rows, 30 new records, 0 formatting issues, and a table of import errors with details.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the error resolution help panel with instructions for resolving duplicate alternate ID errors.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Best practices before you finish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import summary screen showing import name, summary statistics, error details, and a help panel with error resolution steps. The presenter appears in a small overlay.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in a studio environment, emphasizing the importance of not rushing through the import process. Background includes branded decor and equipment.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in a studio, smiling and addressing the audience. On-screen text: "Click here to get started" with an arrow pointing to the top right, suggesting a call to action.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smiling, with "Click here to get started" text and an arrow, inviting users to begin their own import process. Bookshelves and branded items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8"/>
      <w:footerReference w:type="default" r:id="rId2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header" Target="header1.xml"/><Relationship Id="rId2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