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an Email Template in HubSpot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contact record showing the email interface with the Templates tab at the top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Templates screen in a free test portal, reached through the Conversations menu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Opening the templates tool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Video end screen with "Subscribe" and "Watch More" options on a patterned blue background, encouraging further engagement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Select template dialog displaying a list of templates with a search bar and template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a new email template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Blank Templates screen displaying the message "You have not created any templates."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: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Templates dashboard showing the newly created template "The 'Next Step' Email" with a success confirmation message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Templates screen with the New template dropdown showing From scratch and From template library options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: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: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472C4"/>
          <w:sz w:val="24"/>
          <w:rFonts w:ascii="Times New Roman" w:hAnsi="Times New Roman" w:eastAsia="Noto Sans CJK JP" w:cs="Noto Sans CJK JP"/>
        </w:rPr>
        <w:t>: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Template window showing the template name, subject line, and body with personalization tokens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Personalizing and saving your template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: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Template window highlighting personalization tokens used in the email body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Templates dashboard showing the template "The 'Next Step' Email" ready to be renamed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]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Template window with the Shared dropdown open, showing Not Shared and Shared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Organizing templates into folders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HubSpot Template Library window showing additional follow-up email templates and a content preview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sitting at a desk with a laptop, smartphone, and notebook, gesturing as if explaining or demonstrating something. The environment is a modern office with an orange accent wall and a geometric patterned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a folder while editing a template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Template dialog with the Select a Folder dropdown expanded, showing the search bar and "No folder" listed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Using templates in a contact email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Templates dashboard showing a template limit notification alongside New folder and New template options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HubSpot dashboard with the Conversations menu expanded and Templates highlighted, email compose window open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Templates dashboard showing multiple folders, including Ali Sales Templates, with creator and date columns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Templates dashboard with additional folders and pagination controls visible at the bottom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Templates dashboard with the Blueprint Emails folder highlighted and related templates listed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Select template dialog with a list of folders and templates, each with a Select button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Customizing and sending a meeting confirmation email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Email compose window with a loaded template, editable subject line, and detailed agenda in the body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Email compose window with the meeting time filled in and agenda and call-in details visible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Email compose window with the subject "Confirming our meeting", a personalized greeting, and an editable meeting time field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Email compose window with an editable subject line and template content already loaded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Email compose window with full content and the Send and Send Later buttons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Maximizing template usage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Templates dashboard showing 1 out of 5 templates used and an upgrade prompt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Template window with the Insert personalization token dialog open, showing Contact type and Company name selected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Templates dashboard with the New template dropdown expanded, showing From scratch and From template library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New Template editor with the Insert personalization token dialog open, showing a list of contact information tokens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Templates dashboard showing available templates and a notification about template limits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Using HubSpot templates in Gmail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Gmail compose window showing HubSpot integration options, Log and Track checkboxes, and an email signature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at a desk with a laptop, smartphone, and notebook, demonstrating or explaining the Gmail-HubSpot integration setup in a modern office environment with an orange accent wall and geometric decor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Template Library window showing categories, template names, and a preview of the selected template content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Gmail compose window with the recipient dropdown open, showing contact suggestions in the To field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Gmail compose window with a loaded HubSpot template, meeting confirmation details, agenda, and Log and Track enabled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Edit Template window with the Contact: Company name token inserted and the Save template button highlighted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at desk with laptop, phone, and notebook, discussing template use cases</w:t>
      </w:r>
    </w:p>
    <w:p>
      <w:pPr/>
      <w:r>
        <w:br w:type="page"/>
      </w:r>
    </w:p>
    <w:sectPr w:rsidR="00FC693F" w:rsidRPr="0006063C" w:rsidSect="00034616">
      <w:headerReference w:type="default" r:id="rId32"/>
      <w:footerReference w:type="default" r:id="rId3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header" Target="header1.xm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