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List in HubSpot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HubSpot dashboard displaying the navigation bar with Contacts, Conversations, Marketing, Sales, Service, Automation, and Reports options, with the Web Analytics Dashboard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Thank you screen with thumbs up icon, "Thank You!", and large red Subscribe button with bell icon, cartoon character on left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Navigate to the Lists tool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Start creating a new list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Choose the list type and name your 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a list screen showing Contact-based or Company-based options, the list name field filled in with "test list 1.0," and Active list selected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Set your list criteria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 preview showing the filter "First name is known," the list name "test list 1.0," and a table of matching contacts with names, emails, and phone numbers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Save your list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Lists overview page showing multiple lists with columns for name, size, type, object, last updated, creator, folder, and used in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Review your list in the Lists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Welcome screen with "Welcome to HubSpot Tutorials" and Webdew logo, cartoon character on left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your list with additional actions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Webdew website promo with www.webdew.com in a search bar and a clicking cursor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Lists overview page with "test list 1.0" selected and the More dropdown open, showing Clone, Export, Move to folder, View performance, and Delete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b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w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6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yperlink" Target="https://www.webdew.com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