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Write a Standard Operating Procedure for Agency Automation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Bold text on a dark background reading "THAT YOU WANT TO SCALE."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reviewing documents in an office, with overlaid text reading "THEY PROBABLY DON'T KNOW HOW TO."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speaking with overlaid text "SOPs" and "STANDARD OPERATING PROCEDURES," bookshelves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screen reading "The 5 steps to automate your agency using SOPs" on a dark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How to write a standard operating procedure: step-by-step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Prioritize high-impact processes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Bold text on a dark background reading "that make 80% of the impact."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Record a Loom video of the task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background reading "STEP 1: MAKE LOOM VIDEOS" beside a Loom logo and decorative lines.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Transcribe the video and delegate SOP writing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speaker with the Descript logo and an admin icon overlaid, illustrating the transfer of a transcript to an admin, bookshelves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Define the vision and 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background reading "STEP 2: THE VISION &amp; PURPOSE."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List all required resources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background reading "STEP 3: RESOURCES."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Define what "done" means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background reading "STEP 4: WHAT IS 'DONE'?"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background reading "WHEN AN SOP IS DONE?"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Write the step-by-step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Optimize the SOP for all learning styles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on a dark background reading "STEP 5: OPTIMIZING SOP LEARNING (Written + Pictures + Video SOPs)" with a decorative line.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wikiHow-style article titled "Formatting Your SOP," illustrated with two people working together — one using a laptop, the other pointing to a printed checklist listing "Scope and applicability," "Methodology," "Clarification of terminology," "Health and safety warnings," "Equipment and supplies," and "Cautions."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8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u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y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reading "8figureagency.co" with "Book a call" and a downward arrow on a light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speaking into a microphone, with the text "I'm going to walk you through: - How to optimize your SOP" on the left side of the screen. Bookshelves are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speaking into a microphone, with the text "I'm going to walk you through: - How to optimize your SOP - How to streamline your SOP" on the left side of the screen. Bookshelves are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speaking into a microphone in a home office setting, with bookshelves and plants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speaking into a microphone in a home office with bookshelves in the background. A large red "SUBSCRIBE" button with a hand cursor is overlaid on the image.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yperlink" Target="https://8figureagency.co" TargetMode="External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