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Create a New Hire Onboarding Checklist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titled "Onboarding Definition" listing organizational socialization, assisting newly hired employees, learning essential aspects of the job, effective functioning in the organization, and better hospitality and workable environment.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presenter in a professional setting with a YouTube subscribe bar, thumbs up/down, and bell icon visible. The HR University logo and "Human Resources Training and Community" are displayed.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Role Context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Colorful infographic showing the five main onboarding segments: pre-boarding, orientation, first week, third month, and sixth month.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presenter gestures, with a lower-third overlay showing "HR UNIVERSITY | HUMAN RESOURCES TRAINING AND COMMUNITY" and interactive icons for like, dislike, subscribe, and notifications.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Preboarding Checklist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j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z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titled "Pre-onboarding Process" listing short presentations on the working environment, email setup for the new employee, creating work schedules, and informing the organization about the new employee.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z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'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j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repeating the pre-onboarding process items, with emphasis on informing the organization about the new employee before their arrival.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listing desk organization, reassessing employee requirements, and company-branded material as preboarding tasks before the first day.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highlighting company-branded welcome material as part of the preboarding checklist.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First Day Agenda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'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z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listing desk organization, reassessing employee requirements, and company-branded material, framed around keeping the first day simple and effective.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listing celebrating the first day, company tour and work familiarization, offering training, employee rights and company obligations, and letting the first day be the first.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highlighting the company tour and work familiarization step of the first day agenda.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highlighting the training step of the first day agenda.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highlighting employee rights and company obligations as part of the first day agenda.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First Week Plan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titled "Employee's First Week" with the schedule-management step highlighted.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titled "Employee's First Week" listing letting the employee showcase their skills, managing the employee's schedule efficiently, and monitoring their development.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titled "Employee's First Week - Tips" with the point about employees trying to impress you highlighted.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highlighting the importance of timely checks on the employee to track progress.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presenter smiles and gestures, with a lower-third overlay reading "QUESTION | ANSWER IN COMMENT". The office background remains the same.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30/60/90 Day Goals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titled "The Newbie's Grace Period" with integrating with the company's culture highlighted.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highlighting the need to give the employee enough time to settle into the company environment.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3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titled "The Newbie's Grace Period - 30 Days" with handling professional obstacles highlighted.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highlighting that tasks assigned must be purposeful.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highlighting freedom of speech, allowing the employee to discuss issues without hesitation.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listing all observation steps for the first 30 days, with the point about purposeful tasks highlighted.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highlighting the step to give the employee feedback.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highlighting the need to keep balance between the new hire and existing employees.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6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)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Presenter at desk, HR UNIVERSITY logo on monitor, discussing boosting goals during the grace period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9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)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9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—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Summary slide recapping all first day steps: celebrating the day, company tour, offering training, discussing rights and benefits, and keeping the day as an introduction.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highlighting progress tracking from a third-person perspective.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highlighting participation in team-building activities.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titled "Last Period of the Grace Trimester" with space reserved for new objectives.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titled "Last Period of the Grace Trimester" listing setting attainable and well-crafted performance goals.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highlighting the step to discuss the employee's current performance.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highlighting the step to employ working in pairs where possible.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titled "The Final Stage" highlighting that onboarding lasts for a year.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highlighting the step to discuss practical matters with the employee.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highlighting the step to discuss the employee's future visions and aspirations.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listing the final-stage onboarding steps with the future visions and aspirations item highlighted.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titled "The Final Stage" listing onboarding lasting a year, discussing practical matters, discussing progress, discussing future visions and aspirations, and discussing the employee's experience within the company, which is highlighted.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Systems and Access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highlighting participation in team-building activities as support for cultural integration.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highlighting open access to job-thriving knowledge as part of the final stage.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Check-ins and Feedback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highlighting the importance of checks on the employee.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highlighting employee performance evaluation as part of the grace period.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highlighting the step to provide additional training as part of the final stage.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5" name="Picture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white screen with the HR University logo and the text "HUMAN RESOURCES TRAINING AND COMMUNITY" and "HR.UNIVERSITY" below.</w:t>
      </w:r>
    </w:p>
    <w:p>
      <w:pPr/>
      <w:r>
        <w:br w:type="page"/>
      </w:r>
    </w:p>
    <w:sectPr w:rsidR="00FC693F" w:rsidRPr="0006063C" w:rsidSect="00034616">
      <w:headerReference w:type="default" r:id="rId41"/>
      <w:footerReference w:type="default" r:id="rId4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jpg"/><Relationship Id="rId26" Type="http://schemas.openxmlformats.org/officeDocument/2006/relationships/image" Target="media/image18.jpg"/><Relationship Id="rId27" Type="http://schemas.openxmlformats.org/officeDocument/2006/relationships/image" Target="media/image19.jpg"/><Relationship Id="rId28" Type="http://schemas.openxmlformats.org/officeDocument/2006/relationships/image" Target="media/image20.jpg"/><Relationship Id="rId29" Type="http://schemas.openxmlformats.org/officeDocument/2006/relationships/image" Target="media/image21.jpg"/><Relationship Id="rId30" Type="http://schemas.openxmlformats.org/officeDocument/2006/relationships/image" Target="media/image22.jpg"/><Relationship Id="rId31" Type="http://schemas.openxmlformats.org/officeDocument/2006/relationships/image" Target="media/image23.jpg"/><Relationship Id="rId32" Type="http://schemas.openxmlformats.org/officeDocument/2006/relationships/image" Target="media/image24.jpg"/><Relationship Id="rId33" Type="http://schemas.openxmlformats.org/officeDocument/2006/relationships/image" Target="media/image25.jpg"/><Relationship Id="rId34" Type="http://schemas.openxmlformats.org/officeDocument/2006/relationships/image" Target="media/image26.jpg"/><Relationship Id="rId35" Type="http://schemas.openxmlformats.org/officeDocument/2006/relationships/image" Target="media/image27.jpg"/><Relationship Id="rId36" Type="http://schemas.openxmlformats.org/officeDocument/2006/relationships/image" Target="media/image28.jpg"/><Relationship Id="rId37" Type="http://schemas.openxmlformats.org/officeDocument/2006/relationships/image" Target="media/image29.jpg"/><Relationship Id="rId38" Type="http://schemas.openxmlformats.org/officeDocument/2006/relationships/image" Target="media/image30.jpg"/><Relationship Id="rId39" Type="http://schemas.openxmlformats.org/officeDocument/2006/relationships/image" Target="media/image31.jpg"/><Relationship Id="rId40" Type="http://schemas.openxmlformats.org/officeDocument/2006/relationships/image" Target="media/image32.jpg"/><Relationship Id="rId41" Type="http://schemas.openxmlformats.org/officeDocument/2006/relationships/header" Target="header1.xml"/><Relationship Id="rId4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