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Use a Pulse Oximeter at Home for COVID-19 Monitoring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Illustration of a hand with a pulse oximeter displaying SpO2 = 96% and pulse = 89, and another hand holding a smartphone showing a health tracking app with oxygen and heart rate graphs.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Why accurate monitoring matters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professional explaining that low oxygen levels can cause shortness of breath, rapid breathing rate, and confusion.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Prepare your hand before measuring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hand resting on a lap, wearing a grey sweater, with the text: remove all nail polish and warm your hands.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Rest before taking a reading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Position yourself and attach the device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sitting with one hand on their chest at heart level and holding a blue pulse oximeter in the other hand, preparing to take a reading.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Read the two displayed values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Split image comparing an illustration of a finger with a pulse oximeter showing SpO2 = 96% and pulse = 89 with a real pulse oximeter on a finger displaying the same readings.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Wait for the reading to steady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Split image comparing an illustration of a finger with a pulse oximeter showing SpO2 = 96% and pulse = 89 with a real pulse oximeter on a finger displaying SpO2 = 97% and pulse = 69.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Remove the pulse oximeter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professional in purple scrubs, with the text: note any reading that stayed the same for at least 5 seconds.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Log your results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professional in purple scrubs, with a smartphone graphic displaying SpO2, heart rate, and motion graphs.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Take readings on a consistent schedule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Illustration of a clock with the text: take recordings three times a day — breakfast, lunch, dinner.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Record all required information each time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professional in purple scrubs, with the text: record your oxygen level, pulse rate, how you are feeling, breaths a minute, temperature.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Know when to contact a health professional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professional in purple scrubs, with the text: patients are not always placed on a virtual ward.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Safety note: Recognize serious symptoms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professional in purple scrubs labeled "Acute Medicine Consultant" speaking in a calm indoor setting with NHS branding visible.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Safety note: Emergency action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professional in purple scrubs labeled "Acute Medicine Consultant" explaining when to seek emergency help.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Return your equipment when instructed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professional in glasses and purple scrubs speaking in a calm indoor setting, with a softly blurred background showing a window and a teapot.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white screen with the NHS logo and large blue text reading: find out more at www.nhs.uk/health-at-home.</w:t>
      </w:r>
    </w:p>
    <w:p>
      <w:pPr/>
      <w:r>
        <w:br w:type="page"/>
      </w:r>
    </w:p>
    <w:sectPr w:rsidR="00FC693F" w:rsidRPr="0006063C" w:rsidSect="00034616">
      <w:headerReference w:type="default" r:id="rId19"/>
      <w:footerReference w:type="default" r:id="rId2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header" Target="header1.xm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