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CPR Mask: Sealing and Ventilation Procedure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Identify the pocket mask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holding a clear pocket mask next to a CPR training manikin labeled "Bryan" in a classroom setting.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Position the mask and create a seal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hand placement on the pocket mask, emphasizing the importance of a tight seal to prevent air loss.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Apply the push-pull technique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the push-pull technique: pressing down on the mask and pulling the jaw upward on a CPR manikin.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Deliver ventilations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demonstrating the mask seal and ventilation technique on a CPR manikin, hands positioned for proper airway management.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Follow the seal-push-pull sequence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 reading "SEAL PUSH PULL" as a reminder of the key steps in using a pocket mask.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Limit breaths to two per cycle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 reading "IF WE STILL DON'T SEE THE CHEST RISE, WE'RE GOING TO GO RIGHT BACK TO COMPRESSIONS".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Prioritize chest compressions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white coat performing chest compressions on an adult male wearing an oxygen mask, with a medical oxygen device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Recognize special situations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a classroom setting with a CPR manikin, with text overlay reading "MAYBE THIS WAS A CHOKING".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Review the conditions requiring mask use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On-screen text reading "THESE ARE SOME CONDITIONS THAT YOU MAY ENCOUNTER".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Reinforce the two-breath rule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with a CPR manikin, with text overlay reading "NEVER GIVE MORE THAN 2 BREATHS".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Coordinate roles in team CPR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rescuers performing CPR on a manikin: one giving compressions, the other using a bag-valve mask, both wearing gloves.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Check pocket mask features and availability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holding up a pocket mask with a one-way valve, demonstrating its features next to a CPR manikin.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concluding the session, with a CPR manikin and a "Liked/Subscribed" overlay on screen.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"THANKS FOR WATCHING!" and VantageCert logo.</w:t>
      </w:r>
    </w:p>
    <w:p>
      <w:pPr/>
      <w:r>
        <w:br w:type="page"/>
      </w:r>
    </w:p>
    <w:sectPr w:rsidR="00FC693F" w:rsidRPr="0006063C" w:rsidSect="00034616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