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Blood Glucose Meter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sitting at a table with all required items for blood glucose testing: handwash bottle, bowl, paper towels, cotton wool, lancing device, lancet, test strip container, blood glucose meter, monitoring diary, and pen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Wash your hands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drying hands with a paper towel, with all testing equipment laid out on the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Confirm your hands are dry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rubbing hands with a paper towel to ensure dryness, with equipment visible on the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Load the lancet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inserting a blue lancet into the lancing device, focusing on the loading process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Prepare the blood glucose 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inserting a test strip into the blood glucose meter, with the test strip container open and the meter on the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Choose a finger for testing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indicating the side of their finger, preparing for the finger prick, with the meter and lancing device on the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Prick your finger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gently squeezing their finger after pricking, preparing to collect a blood sample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Apply blood to the test strip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the blood glucose meter to their finger, applying blood to the test strip while awaiting the result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Read your result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the blood glucose meter with the result displayed as 3.6 mmol/L, with all testing equipment visible on the table: handwash, bowl, cotton wool, test strip container, lancing device, monitoring diary, and pen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Clean your finger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Dispose of the test strip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Safely dispose of the lancet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removing the lancet from the lancing device, preparing for safe disposal, with all equipment visible on the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Record your result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writing in the blood glucose monitoring diary, with pen in hand and all equipment visible on the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