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Check a Blood Pressure Manually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Perform hand hygiene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Gather your supplies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Prepare the patient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and patient seated at a table, with the patient's arm at heart level while the nurse explains positioning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Select the correct cuff size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explaining the importance of correct cuff size, gesturing with both hands, with the cuff visible on the table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Identify the brachial artery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demonstrating the location of the brachial artery on the patient's exposed arm, pointing to the upper arm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Understand the blood pressure readings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Nurse explaining the systolic number, with text overlay: "Systolic Number (Top Number/First Sound)"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explaining the diastolic number, with text overlay: "Diastolic Number (Bottom Number/Last Sound)"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7: Apply the blood pressure cuff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blood pressure cuff showing the arrows and artery marker, with the nurse pointing to the indicator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8: Position the cuff correctly for measurement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positioning the cuff about two inches above the bend of the patient's left arm, with the arrow on the cuff visible and the patient holding their sleeve up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9: Estimate the systolic pressure by palpation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explaining the estimation process, with the cuff on the patient's arm and the gauge visible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10: Record the estimated systolic pressure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and patient with the cuff in place, nurse referencing the gauge, both focused on the process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11: Deflate the cuff completely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12: Prepare to take the actual blood pressure reading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Nurse explaining the importance of inflating 30 mmHg above the estimated systolic pressure, with text overlay: "Estimated Systolic Pressure Number"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discussing the auscultatory gap, with the cuff on the patient's arm, both focused on the process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sphygmomanometer gauge showing 100 mmHg, labeled "ReliOn", with a clear needle position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13: Select the appropriate side of the stethoscope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holding a stethoscope, preparing to use the bell side, with the cuff on the patient's arm, both focused on the 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14: Place the stethoscope over the brachial artery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explaining stethoscope placement, holding the stethoscope near the patient's arm, cuff in place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15: Inflate the cuff to the correct pressure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inflating the cuff, stethoscope in place, gauge visible, patient's arm positioned for measurement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16: Deflate the cuff at the proper rate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17: Identify the systolic and diastolic readings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a sphygmomanometer gauge showing the needle at 104 mmHg, labeled "ReliOn"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sphygmomanometer gauge showing the needle at 78 mmHg, labeled "ReliOn"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18: Record the blood pressure reading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Gauge showing 78 mmHg, with text overlay: "Blood Pressure Reading: 104/78"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19: Remove the cuff and stethoscope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Verification: Interpreting blood pressure categories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Text slide: "Normal Blood Pressure: Systolic less than 120, Diastolic less than 80"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Text slide: "Elevated Blood Pressure: Systolic 120–129, Diastolic less than 80"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Text slide: "Hypertension Stage II: Systolic greater than 140, Diastolic greater than 90, See a doctor for a proper diagnosis", with ACC guideline citation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End screen with RegisteredNurseRN.com branding, a "More Videos" link, a "Subscribe" button, and a reminder to give a thumbs up and share</w:t>
      </w:r>
    </w:p>
    <w:p>
      <w:pPr/>
      <w:r>
        <w:br w:type="page"/>
      </w:r>
    </w:p>
    <w:sectPr w:rsidR="00FC693F" w:rsidRPr="0006063C" w:rsidSect="00034616">
      <w:headerReference w:type="default" r:id="rId22"/>
      <w:footerReference w:type="default" r:id="rId2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header" Target="header1.xm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