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take an apical pulse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RegisteredNurseRN.com end screen with options for more videos, subscribe button, and reminder to give a thumbs up and share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 and scope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Nurse educator in purple scrubs, standing against a plain background, addressing the viewer with a stethoscope around her neck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Patient assessment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tbl>
      <w:tblPr>
        <w:tblW w:w="8640" w:type="dxa"/>
        <w:tblStyle w:val="TableGrid"/>
        <w:tblLook w:firstColumn="1" w:firstRow="1" w:lastColumn="0" w:lastRow="0" w:noHBand="0" w:noVBand="1" w:val="04A0"/>
        <w:jc w:val="center"/>
        <w:tblLayout w:type="fixed"/>
      </w:tblPr>
      <w:tblGrid>
        <w:gridCol w:w="1224"/>
        <w:gridCol w:w="7416"/>
      </w:tblGrid>
      <w:tr>
        <w:trPr>
          <w:cantSplit/>
        </w:trPr>
        <w:tc>
          <w:tcPr>
            <w:tcW w:w="1224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</w:p>
        </w:tc>
        <w:tc>
          <w:tcPr>
            <w:tcW w:w="7416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</w:tr>
      <w:tr>
        <w:trPr>
          <w:cantSplit/>
        </w:trPr>
        <w:tc>
          <w:tcPr>
            <w:tcW w:w="1224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q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  <w:tc>
          <w:tcPr>
            <w:tcW w:w="7416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</w:p>
        </w:tc>
      </w:tr>
      <w:tr>
        <w:trPr>
          <w:cantSplit/>
        </w:trPr>
        <w:tc>
          <w:tcPr>
            <w:tcW w:w="1224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7416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-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</w:p>
        </w:tc>
      </w:tr>
      <w:tr>
        <w:trPr>
          <w:cantSplit/>
        </w:trPr>
        <w:tc>
          <w:tcPr>
            <w:tcW w:w="1224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7416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z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</w:p>
        </w:tc>
      </w:tr>
      <w:tr>
        <w:trPr>
          <w:cantSplit/>
        </w:trPr>
        <w:tc>
          <w:tcPr>
            <w:tcW w:w="1224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x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  <w:tc>
          <w:tcPr>
            <w:tcW w:w="7416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x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: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"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x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"</w:t>
            </w:r>
          </w:p>
        </w:tc>
      </w:tr>
      <w:tr>
        <w:trPr>
          <w:cantSplit/>
        </w:trPr>
        <w:tc>
          <w:tcPr>
            <w:tcW w:w="1224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</w:p>
        </w:tc>
        <w:tc>
          <w:tcPr>
            <w:tcW w:w="7416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x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</w:p>
        </w:tc>
      </w:tr>
    </w:tbl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Anatomical diagram of the rib cage and heart, with the apical pulse location circled at the fifth intercostal space, midclavicular line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Care protocol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Phase 1: Position the patient and identify the apical pulse location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Patient lying back with the examiner's hand at the sternal notch, preparing to palpate down to the angle of Louis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Phase 2: Locate the landmarks by palpation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Examiner's hand remains in position, continuing to palpate for the apical impulse</w:t>
      </w:r>
    </w:p>
    <w:tbl>
      <w:tblPr>
        <w:tblW w:w="8640" w:type="dxa"/>
        <w:tblStyle w:val="TableGrid"/>
        <w:tblLook w:firstColumn="1" w:firstRow="1" w:lastColumn="0" w:lastRow="0" w:noHBand="0" w:noVBand="1" w:val="04A0"/>
        <w:jc w:val="center"/>
        <w:tblLayout w:type="fixed"/>
      </w:tblPr>
      <w:tblGrid>
        <w:gridCol w:w="4320"/>
        <w:gridCol w:w="4320"/>
      </w:tblGrid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J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—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</w:tr>
    </w:tbl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Examiner's fingers positioned in the second intercostal space, just left of the sternum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Phase 3: Palpate for the apical impulse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Examiner's hand palpating the upper chest, with fingers at the sternal notch and angle of Louis on a supine patient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Examiner's hand flat on the left chest, palpating for the apical impulse at the fifth intercostal space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Phase 4: Auscultate and count the apical pulse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Examiner's fingers counting down intercostal spaces along the midclavicular line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Stethoscope diaphragm placed at the fifth intercostal space, midclavicular line, ready for auscultation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Phase 5: Conclude and document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Examiner using a stethoscope and digital watch to count the apical pulse on a patient's bare chest, focusing on the fifth intercostal space, midclavicular line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Pain management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Mobility milestones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Complication monitoring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tbl>
      <w:tblPr>
        <w:tblW w:w="8640" w:type="dxa"/>
        <w:tblStyle w:val="TableGrid"/>
        <w:tblLook w:firstColumn="1" w:firstRow="1" w:lastColumn="0" w:lastRow="0" w:noHBand="0" w:noVBand="1" w:val="04A0"/>
        <w:jc w:val="center"/>
        <w:tblLayout w:type="fixed"/>
      </w:tblPr>
      <w:tblGrid>
        <w:gridCol w:w="2880"/>
        <w:gridCol w:w="2880"/>
        <w:gridCol w:w="2880"/>
      </w:tblGrid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</w:tr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6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–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</w:p>
        </w:tc>
      </w:tr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6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'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</w:tr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'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</w:tr>
    </w:tbl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Discharge criteria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Examiner's finger positioned at the fifth intercostal space, just below the left nipple, demonstrating the location for auscultation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Patient education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Examiner's finger pointing to the third intercostal space, continuing to count down</w:t>
      </w:r>
    </w:p>
    <w:p>
      <w:pPr/>
      <w:r>
        <w:br w:type="page"/>
      </w:r>
    </w:p>
    <w:sectPr w:rsidR="00FC693F" w:rsidRPr="0006063C" w:rsidSect="00034616">
      <w:headerReference w:type="default" r:id="rId16"/>
      <w:footerReference w:type="default" r:id="rId1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header" Target="header1.xml"/><Relationship Id="rId1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