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Suction a Tracheostomy: Patient Care Procedure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Clinician in PPE holding a suction catheter, pointing out measurement markings; patient mannequin in bed, medical supplies and allergy alert sign visible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Purpose &amp; Scope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nurse in blue gown and gloves holding suction tubing, pointing to the suction regulator gauge, with a label indicating "100-150 mm HG for adults"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Patient Assessment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–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Nurse in blue gown and gloves adjusting the bed rail of a mannequin patient, with PPE and medical equipment visible on the wall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Care Protocol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Phase 1: Preparation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Nurse in green scrubs preparing PPE at bedside, with a mannequin patient in a hospital bed, PPE supplies and medical equipment visible on the wall, and a sign indicating patient allergies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Nurse in blue gown and gloves using a stethoscope to assess the mannequin patient's lung sounds, with PPE and medical equipment visible on the wall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Phase 2: Sterile setup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Nurse in blue gown and gloves adjusting the oxygen flow meter on the wall, with suction equipment and oxygen outlets visible. On-screen checklist: "1. Open &amp; place cover on patient, 2. Turn on suction to continuous, 3. Hyperoxygenate patient"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Nurse in blue gown removing gloves at the bedside table, with a mannequin patient, sterile water bottle, and unopened sterile kit visible. Glove boxes and an allergy alert sign are on the wall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Nurse in blue gown opening the sterile kit on the bedside table, with a bottle of sterile water nearby. On-screen checklist: "4. Remove gloves, 5. Open Sterile Kit"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Nurse in blue gown holding a bottle of sterile water, preparing to pour a small amount into a waste container. Sterile kit and supplies are on the table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Nurse in blue gown pouring sterile water from a bottle into a container on the sterile field, with the catheter visible in the tray. On-screen checklist: "6. Pour sterile water into container"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Nurse in blue gown putting on green sterile gloves at the bedside table, with the sterile field and supplies visible. On-screen checklist: "7. Put on sterile gloves"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Nurse in blue gown moving packaging away from the sterile field on the bedside table, maintaining a clear workspace. On-screen checklist: "6. Pour sterile water into container, 7. Put on sterile gloves"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Nurse in blue gown holding suction catheter tubing, measuring from mannequin's nose to ear. On-screen checklist: "8. Measure tubing from nose to ear"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Phase 3: Suctioning the tracheostomy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Clinician in PPE approaching mannequin patient, holding suction catheter above patient, maintaining sterile technique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Clinician in PPE demonstrating wrapping suction catheter tubing around hand, maintaining control and sterility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of clinician in PPE wrapping suction catheter tubing around hand, focusing on technique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of gloved hands connecting suction tubing, on-screen checklist: Pour sterile water, Put on sterile gloves, Measure tubing from nose to ear, Connect tubing to suction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Clinician in PPE holding suction catheter, on-screen checklist visible, mannequin patient in bed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Clinician in PPE testing suction catheter with fluid, overbed table and supplies visible, mannequin patient in bed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Clinician in PPE explaining procedure to mannequin patient, holding suction catheter above trach area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of clinician in PPE removing oxygen mask from mannequin patient, holding suction catheter near trach, on-screen step: Remove oxygen mask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Clinician in PPE holding suction catheter at measured depth, on-screen checklist visible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Clinician in PPE withdrawing suction catheter, on-screen checklist: Work tubing out slowly, Put oxygen mask on patient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Clinician in PPE cleaning suction tubing, on-screen checklist: Clean tubing out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Clinician in PPE preparing to repeat suctioning, on-screen checklist: Remove mask &amp; insert tube again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Clinician in PPE performing additional suction passes, on-screen checklist: Do a second &amp; third pass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Clinician in PPE holding suction catheter, mannequin patient with oxygen mask, on-screen checklist: Do a second &amp; third pass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Clinician in PPE standing beside mannequin patient, pausing to assess further suctioning needs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Clinician in PPE concluding suction procedure, standing beside mannequin patient, supplies on overbed table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Phase 4: Post-procedure cleanup and reassessment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Clinician in PPE holding used suction catheter and tubing, standing by overbed table next to mannequin patient with oxygen mask. Glove dispensers and allergy alert sign visible on wall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Clinician in PPE loosening gown at shoulders, preparing to remove PPE, holding used catheter tubing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Clinician in PPE facing forward, hands at shoulders, preparing to remove gown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Clinician in scrubs, back to camera, performing hand hygiene at sink after removing PPE. Mannequin patient remains in bed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Clinician in scrubs removing soiled bed protection from patient bed, preparing to dispose of it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Clinician in scrubs and clean gloves, holding stethoscope, preparing to auscultate mannequin patient's lungs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Clinician auscultating mannequin patient's lungs with stethoscope, checking for improved breath sounds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Clinician adjusting patient's gown and bedding, stethoscope on overbed table, ensuring patient comfort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Clinician raising bed rails and adjusting bed height, ensuring patient safety post-procedure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9" name="Picture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Clinician removing gloves and preparing for final hand hygiene, standing by patient bed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Phase 5: Documentation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"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"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&amp;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"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"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0" name="Picture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Nurse in blue gown and gloves placing a blue chucks pad across the mannequin patient's chest, with PPE and medical equipment visible on the wall and a bedside table with supplies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1" name="Picture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Clinician in scrubs standing next to mannequin patient in hospital bed. On-screen text: "WHAT TO DOCUMENT IN TRACHEOSTOMY SUCTIONING: The Procedure, The Length of Tubing, Mucus Characteristics, Patient Tolerance, Suction &amp; Oxygen Level". Overbed table with stethoscope and tubing visible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Pain Management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Mobility Milestones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Complication Monitoring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2" name="Picture 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Clinician in PPE inserting suction catheter into mannequin trach, on-screen checklist: Remove oxygen mask, Insert tube into trach, Fill trach to measured tube length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Discharge Criteria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Patient Education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3" name="Picture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Clinician in PPE standing beside mannequin patient, preparing to perform suctioning, supplies on overbed table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What's Next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4" name="Picture 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End screen with "Thanks for watching!", "FOLLOW US @WeberStateU", "CLICK HERE TO SUBSCRIBE", and "NEXT VIDEO" prompts.</w:t>
      </w:r>
    </w:p>
    <w:p>
      <w:pPr/>
      <w:r>
        <w:br w:type="page"/>
      </w:r>
    </w:p>
    <w:sectPr w:rsidR="00FC693F" w:rsidRPr="0006063C" w:rsidSect="00034616">
      <w:headerReference w:type="default" r:id="rId35"/>
      <w:footerReference w:type="default" r:id="rId3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b/>
      <w:bCs/>
      <w:color w:val="404040"/>
      <w:sz w:val="26"/>
      <w:szCs w:val="26"/>
      <w:rFonts w:ascii="Inter" w:hAnsi="Inter" w:eastAsia="Noto Sans CJK JP" w:cs="Noto Sans CJK 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image" Target="media/image14.jpg"/><Relationship Id="rId23" Type="http://schemas.openxmlformats.org/officeDocument/2006/relationships/image" Target="media/image15.jpg"/><Relationship Id="rId24" Type="http://schemas.openxmlformats.org/officeDocument/2006/relationships/image" Target="media/image16.jpg"/><Relationship Id="rId25" Type="http://schemas.openxmlformats.org/officeDocument/2006/relationships/image" Target="media/image17.jpg"/><Relationship Id="rId26" Type="http://schemas.openxmlformats.org/officeDocument/2006/relationships/image" Target="media/image18.jpg"/><Relationship Id="rId27" Type="http://schemas.openxmlformats.org/officeDocument/2006/relationships/image" Target="media/image19.jpg"/><Relationship Id="rId28" Type="http://schemas.openxmlformats.org/officeDocument/2006/relationships/image" Target="media/image20.jpg"/><Relationship Id="rId29" Type="http://schemas.openxmlformats.org/officeDocument/2006/relationships/image" Target="media/image21.jpg"/><Relationship Id="rId30" Type="http://schemas.openxmlformats.org/officeDocument/2006/relationships/image" Target="media/image22.jpg"/><Relationship Id="rId31" Type="http://schemas.openxmlformats.org/officeDocument/2006/relationships/image" Target="media/image23.jpg"/><Relationship Id="rId32" Type="http://schemas.openxmlformats.org/officeDocument/2006/relationships/image" Target="media/image24.jpg"/><Relationship Id="rId33" Type="http://schemas.openxmlformats.org/officeDocument/2006/relationships/image" Target="media/image25.jpg"/><Relationship Id="rId34" Type="http://schemas.openxmlformats.org/officeDocument/2006/relationships/image" Target="media/image26.jpg"/><Relationship Id="rId35" Type="http://schemas.openxmlformats.org/officeDocument/2006/relationships/header" Target="header1.xml"/><Relationship Id="rId3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