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Start an IV: A Step-by-Step SOP for IV Insertion and Securement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 purple scrubs stands in front of a gray background. A purple banner at the bottom lists social media links: Instagram: registerednursern_com, Facebook: RegisteredNurseRNs, Twitter: @NursesRN.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 and safety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Caution screen with an educational disclaimer and warning about IV insertion footage containing blood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Preparing IV supplies on a white towel, with an on-screen checklist covering opening packages, priming the flush, flushing the extension set, rotating and reseating the catheter, and preparing the labeling system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Gather supplies and perform initial hand hygiene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applying a blue tourniquet to a patient's arm; the patient is wearing a hospital gown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Prepare your supplies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being washed under running water at a sink, labeled "Perform Hand Hygiene"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Perform hand hygiene again and don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Prepare the insertion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patient's hand with visibly trimmed hair, prepared for IV insertion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Apply the tourniquet and select a vein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Using a chloroprep swab to disinfect the back of a patient's hand, starting at the center and moving outward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Disinfect the insertion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Caution screen with an educational disclaimer and warning about IV insertion footage containing blood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Stabilize the vein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Advancing the IV catheter into the vein while maintaining stabilization and insertion technique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Insert the IV catheter at the correct angle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Inserting the IV catheter at a 20-degree angle into the hand vein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Advance the catheter into the vein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Advancing the catheter slightly further after blood return, with gloved hands maintaining control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Advance slightly further after blood return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Connecting and twisting the access device onto the IV catheter hub, with a blue tourniquet visible on the towel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Release the tourniquet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preparing to stabilize the vein on the patient's hand, with the IV catheter ready for insertion; the hand rests on a white towel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Connect the access device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Releasing the blue tourniquet from the patient's upper arm; the patient is wearing a hospital gown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Check for blood return and flush the catheter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Holding a syringe attached to an IV extension set while demonstrating the push-pause flush technique, with on-screen text explaining the procedure and instructing to check the site for swelling or reported pain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Clamp the line and manage the cap correctly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 noting that different cap types may require a different clamping sequence, per the manufacturer's instructions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Place the initial dressing and protective cap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Clamping the IV line with a neutral displacement cap attached; on-screen text notes that this cap type requires no specific clamping sequence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Align the transparent dressing over the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Positioning a transparent dressing with a notched area labeled "33CNPL" above the IV site on the back of the patient's hand; the catheter and tubing are visible and the hand rests on a white towel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Lay the dressing over the IV 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Press the dressing to secure 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Adjusting the dressing around the IV catheter to ensure the notched area fits securely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Lift the tubing and fit the notch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Lifting the IV tubing while adjusting the dressing so the notched parts fit underneath the tubing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Adjust the dressing around the catheter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Remove the dressing backing edges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Laying the transparent dressing over the IV site, aligning the notched area with the IV cap; the dressing is not yet fully adhered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Removing the edges of the dressing backing while pressing the dressing down over the IV site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Confirm the dressing is firmly adhered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dressing fully adhered to the skin and covering the IV site securely, with a gloved hand pressing down to confirm adhesion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Apply the secondary securement strip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Pressing down on the transparent dressing with both hands to secure it over the IV site, smoothing it onto the skin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Positioning the secondary securement strip across the IV tubing and dressing for additional support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Press the strip for final securement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Applying pressure to the secondary securement strip to ensure the IV site is stable and secure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Arrange the tubing in a "J" shape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IV site fully secured with the dressing and secondary strip; the tubing is arranged in a "J" shape and secured to the hand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26: Check tubing arrangement and securement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Holding the IV extension set near the insertion site to check the securement and tubing arrangement; the site is covered with a transparent notched dressing, and used dressing backings and a blue tourniquet are visible nearby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27: Prepare the secondary securement tape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Holding a labeled piece of securement tape above the IV site, ready for application; the tape has handwritten notes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28: Peel and position the tape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Peeling the securement tape from its backing while holding the IV tubing in a "J" shape above the secured IV site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29: Apply the securement tape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Applying the securement tape over the IV tubing with both hands, pressing it down for adhesion and stability; the tape is labeled and the tubing is arranged in a "J" shape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30: Smooth the tape edges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Smoothing the edges of the securement tape over the IV site with both hands to ensure it is fully adhered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31: Dispose of used supplies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Used medical supplies—including syringes, dressing backings, and a blood-contaminated cap—on a white towel, with a banner reading "Dispose of used supplies into appropriate SHARPS/waste container"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Applying a sterile dressing over the IV site on the patient's hand, with the extension set and Curos cap visible and a blue tourniquet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Demonstrating the flush, clamp, and disconnect sequence used for negative pressure caps, per manufacturer instructions</w:t>
      </w:r>
    </w:p>
    <w:p>
      <w:pPr/>
      <w:r>
        <w:br w:type="page"/>
      </w:r>
    </w:p>
    <w:sectPr w:rsidR="00FC693F" w:rsidRPr="0006063C" w:rsidSect="00034616">
      <w:headerReference w:type="default" r:id="rId28"/>
      <w:footerReference w:type="default" r:id="rId2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header" Target="header1.xml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