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Set Up Oxygen with a Nasal Cannula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Device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Indications &amp; contraindications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Setup &amp; installation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scrubs stands beside a hospital bed with a mannequin patient wearing a Venturi mask. On the table is a nasal cannula and a printed oxygen conversion chart. The professional is holding and pointing to the chart, which lists Venturi mask percentages and corresponding nasal cannula flow rates.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Programming &amp; operation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scrubs stands beside a hospital bed, holding a nasal cannula and explaining the procedure. The patient mannequin is on the bed, and oxygen equipment is visible on the wall.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points to and adjusts the oxygen flow meter on the wall, with a Venturi mask and tubing visible above.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connects the nasal cannula tubing to the oxygen flow meter, with the Venturi mask set aside.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demonstrates fitting the nasal cannula to the mannequin patient, preparing to hook the tubing behind the ears.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leans over the mannequin patient, adjusting and securing the nasal cannula under the chin.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checks the fit of the nasal cannula on the mannequin patient, ensuring proper placement and patient comfort.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stands beside the mannequin patient, holding the nasal cannula tubing and discussing flow rate adjustments.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holds up the "Titrating Oxygen up and down" chart, pointing to it for reference, with the mannequin patient in the background.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5866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5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healthcare professional concludes the demonstration, holding the oxygen conversion chart and standing beside the mannequin patient.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%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Alarms &amp; alerts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Cleaning &amp; maintenance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Technical specifications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%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