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Set Up an IV Infusion: A Step-by-Step SOP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healthcare professional is closing the clamp on the IV line while the patient sits with her arm extended, IV in place.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staff member in a purple apron and gloves stands by a trolley with supplies. The equipment list is overlaid: Plastic Tray, Correct Bag of Fluid, Correct Administration Set, Saline Flush, Alcohol Wipe, Sharps Bin, Alcohol Hand Gel, Gloves.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hands holding a fluid bag and prescription chart, with "THE FIVE RIGHTS" and the corresponding checklist overlaid.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Confirm and introduce yourself to the patient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patient with an IV cannula in their hand, wearing a wristband with identifying information. The screen displays "UCL Clinical Skills Centre" and "Intravenous Infusion".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Perform the WIPER protocol – wash hands and introduce yourself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Complete the WIPER protocol – permission, exposure, and repositioning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Two staff members, one in yellow and one in blue, interacting with a patient in a blue gown. The overlay text reads "Wash hands, Introduce yourself".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same three people, with the full WIPER protocol overlaid: "Wash hands, Introduce yourself, Permission &amp; Pain, Expose patient, Reposition patient".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Assess the cannula site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staff members and the patient; one staff member is holding the patient's arm and checking the cannula site.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Verify the prescription using the Five Rights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Check the fluid bag before use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staff member in gloves and a purple apron holds a fluid bag, visually inspecting it. The text "Check Expiry Date" is overlaid.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Hang the fluid bag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staff member in gloves and a purple apron hangs a clear fluid bag on a metal drip stand, preparing for IV setup.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Open the administration set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staff member in gloves and a purple apron carefully unravels the IV administration set, holding both ends to maintain sterility.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Unravel the administration tubing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opening a sterile administration set package labeled "Intrafix SafeSet" by B. Braun.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Remove the protective cap from the spike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Insert the spike into the fluid bag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staff member in gloves and a purple apron removes the cap from the spike of the IV administration set, holding it carefully to maintain sterility.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gloved hands inserting the administration set spike into the fluid bag port, maintaining sterility.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Prime the drip chamber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staff member in gloves and a purple apron stands by the patient, adjusting the IV fluid bag and administration set on the drip stand.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Prime the administration line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IV fluid bag is hanging on the stand, and the drip chamber is being filled halfway with fluid.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Allow fluid to reach the end of the tube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staff member in gloves and a purple apron holds the end of the IV tubing, watching the fluid progress through the line while standing next to a seated patient. The IV bag is hanging on a drip stand.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Inspect the line for air bubbles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gloved hand holding IV tubing, showing the clear tube where air bubbles may be visible.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Remove small air bubbles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staff member in gloves and a purple apron stretches and flicks the IV tubing to remove air bubbles, focusing on the process.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17: Clear large air bubbles and close the clamp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staff member in gloves and a purple apron holds the IV tubing, preparing to flick it to remove air bubbles.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18: Remove gloves and wash your hands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staff member in gloves removes the orange protective cap from the IV tubing, preparing for the next step.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staff member in a purple apron puts on a new pair of gloves, standing next to a tray with supplies and the patient.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19: Prepare to put on clean gloves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staff member in a purple apron bends over a tray, preparing to put on a new pair of gloves. The patient sits nearby with a cannula in her hand.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20: Put on clean gloves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21: Bring your supplies to the patient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staff member in a purple apron and gloves brings the tray with supplies closer to the patient, preparing for the next steps.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22: Clean the cannula cap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23: Disinfect the cannula cap thoroughly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staff member in a purple apron and gloves cleans the cap on the patient's cannula with an alcohol wipe, while the patient sits with her arm ready.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staff member in a purple apron and gloves uses an alcohol wipe to clean the cap on the patient's cannula. The patient is seated in a clinical chair, wearing a blue gown, with an IV stand and bag visible in the background. A white tray with supplies is on the patient's lap.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24: Check for air bubbles in the syringe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professional in gloves and a plastic apron is preparing to check a syringe for air bubbles, with a patient seated and an IV setup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25: Close the clamp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gloved hands manipulating the IV administration set, showing the clamp and connection point.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26: Remove the cap from the administration tube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healthcare professional is removing the cap from the administration tube, while the patient looks on and smiles.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27: Open the clamp to start the infusion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28: Document the procedure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%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°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a drug chart with handwritten entries: SODIUM CHLORIDE 0.9%, 500mls, 4°, 125mls/h, and signatures.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Black screen with white text: "Clinical and Professional Skills Centre" and "ucl.ac.uk/medicalschool/cpsc".</w:t>
      </w:r>
    </w:p>
    <w:p>
      <w:pPr/>
      <w:r>
        <w:br w:type="page"/>
      </w:r>
    </w:p>
    <w:sectPr w:rsidR="00FC693F" w:rsidRPr="0006063C" w:rsidSect="00034616">
      <w:headerReference w:type="default" r:id="rId25"/>
      <w:footerReference w:type="default" r:id="rId2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header" Target="header1.xm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