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Run Quality Control on a Glucometer: Instrument Calibration Log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020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0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a glucometer kit showing a container of test strips, a glucometer, and a control solution bottle, all stored together in a carrying case.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020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0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hand holding a test strip container, displaying the label with expiration date, lot number, and reference ranges.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Instrument Details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1440"/>
        <w:gridCol w:w="1440"/>
        <w:gridCol w:w="1440"/>
        <w:gridCol w:w="1440"/>
        <w:gridCol w:w="1440"/>
        <w:gridCol w:w="1440"/>
      </w:tblGrid>
      <w:tr>
        <w:trPr>
          <w:cantSplit/>
        </w:trPr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</w:tr>
      <w:tr>
        <w:trPr>
          <w:cantSplit/>
        </w:trPr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</w:p>
        </w:tc>
      </w:tr>
    </w:tbl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Calibration Schedule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2160"/>
        <w:gridCol w:w="2160"/>
        <w:gridCol w:w="2160"/>
        <w:gridCol w:w="2160"/>
      </w:tblGrid>
      <w:tr>
        <w:trPr>
          <w:cantSplit/>
        </w:trPr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q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</w:tr>
      <w:tr>
        <w:trPr>
          <w:cantSplit/>
        </w:trPr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</w:p>
        </w:tc>
      </w:tr>
      <w:tr>
        <w:trPr>
          <w:cantSplit/>
        </w:trPr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</w:p>
        </w:tc>
      </w:tr>
      <w:tr>
        <w:trPr>
          <w:cantSplit/>
        </w:trPr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</w:p>
        </w:tc>
      </w:tr>
      <w:tr>
        <w:trPr>
          <w:cantSplit/>
        </w:trPr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</w:p>
        </w:tc>
      </w:tr>
    </w:tbl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0202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0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hand rolling a control solution bottle between the palms to mix it, with the glucometer and test strip container nearby.</w:t>
      </w:r>
    </w:p>
    <w:p>
      <w:pPr/>
      <w:r>
        <w:br/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0202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0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TRUEresult glucometer positioned next to the test strip container and control solution, ready for testing.</w:t>
      </w:r>
    </w:p>
    <w:p>
      <w:pPr/>
      <w:r>
        <w:br/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0202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0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hand inserting a test strip into the glucometer, with the control solution and test strip container visible nearby.</w:t>
      </w:r>
    </w:p>
    <w:p>
      <w:pPr/>
      <w:r>
        <w:br/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0202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0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hand holding the control solution bottle with the cap removed, preparing to apply a drop to the inserted test strip.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Standards Used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1728"/>
        <w:gridCol w:w="1728"/>
        <w:gridCol w:w="1728"/>
        <w:gridCol w:w="1728"/>
        <w:gridCol w:w="1728"/>
      </w:tblGrid>
      <w:tr>
        <w:trPr>
          <w:cantSplit/>
        </w:trPr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x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</w:p>
        </w:tc>
      </w:tr>
      <w:tr>
        <w:trPr>
          <w:cantSplit/>
        </w:trPr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Q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/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3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;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4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</w:tr>
    </w:tbl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Calibration Results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2160"/>
        <w:gridCol w:w="2160"/>
        <w:gridCol w:w="2160"/>
        <w:gridCol w:w="2160"/>
      </w:tblGrid>
      <w:tr>
        <w:trPr>
          <w:cantSplit/>
        </w:trPr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/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</w:tr>
      <w:tr>
        <w:trPr>
          <w:cantSplit/>
        </w:trPr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4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6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x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/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</w:p>
        </w:tc>
      </w:tr>
    </w:tbl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0202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0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Glucometer with a test strip inserted, showing a red drop of control solution applied to the strip.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0202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0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TRUEresult glucometer displaying a reading of 46, with the test strip inserted and the carrying case visible.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Maintenance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2160"/>
        <w:gridCol w:w="2160"/>
        <w:gridCol w:w="2160"/>
        <w:gridCol w:w="2160"/>
      </w:tblGrid>
      <w:tr>
        <w:trPr>
          <w:cantSplit/>
        </w:trPr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</w:tr>
      <w:tr>
        <w:trPr>
          <w:cantSplit/>
        </w:trPr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;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;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</w:tr>
    </w:tbl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Out-of-Tolerance Actions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2160"/>
        <w:gridCol w:w="2160"/>
        <w:gridCol w:w="2160"/>
        <w:gridCol w:w="2160"/>
      </w:tblGrid>
      <w:tr>
        <w:trPr>
          <w:cantSplit/>
        </w:trPr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Q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</w:tr>
      <w:tr>
        <w:trPr>
          <w:cantSplit/>
        </w:trPr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</w:tr>
    </w:tbl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Approval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2880"/>
        <w:gridCol w:w="2880"/>
        <w:gridCol w:w="2880"/>
      </w:tblGrid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-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-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</w:p>
        </w:tc>
      </w:tr>
    </w:tbl>
    <w:p>
      <w:pPr/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0202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0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nurse in blue scrubs stands in front of a whiteboard with red writing, providing closing remarks and encouraging viewers to subscribe for more instructional content.</w:t>
      </w:r>
    </w:p>
    <w:p>
      <w:pPr/>
      <w:r>
        <w:br w:type="page"/>
      </w:r>
    </w:p>
    <w:sectPr w:rsidR="00FC693F" w:rsidRPr="0006063C" w:rsidSect="00034616">
      <w:headerReference w:type="default" r:id="rId15"/>
      <w:footerReference w:type="default" r:id="rId16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header" Target="header1.xml"/><Relationship Id="rId1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