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Remove Sutures: A Patient Care Procedure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gloved hands holding forceps and scissors near the sutured wound, ready for removal.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Purpose &amp; scope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Examples of different suture patterns, including simple interrupted, simple continuous, and continuous blanket (Ford interlocking) sutures, shown on skin and as medical illustrations.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Patient assessment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'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Checklist reading "Remember To... Verify the Order, Explain the Procedure, Get Patient's Consent" beside a nurse in purple scrubs holding a pink stethoscope.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?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?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?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?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Gloved hand assessing a sutured wound on a patient's leg, checking for proper healing and wound integrity before removal.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Care protocol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gloved hand applying the final Steri-Strip, resulting in five parallel strips across the wound.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Five Steri-Strips neatly applied across a healed wound, with gloved hands visible, indicating the completion of the procedure.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Phase 1: Gather supplies and prepare the sterile field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Supplies for suture removal, including reinforced skin closures, a single-use suture removal kit, and a dressing change tray, laid out on a white towel.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a suture removal kit and Steri-Strips, with a finger pointing to each item to highlight their role in the procedure.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hand points to a dressing change tray, with a suture removal kit and reinforced skin closures beside it on a white towel.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Dressing change tray opened, with wrapped sterile items, the suture removal kit, and Steri-Strips arranged on a white towel.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hand points to the suture removal kit while dropping supplies onto the sterile field, with the opened dressing tray and Steri-Strips visible.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Suture removal kit and Steri-Strips placed on the sterile drape, with the opened dressing tray nearby, maintaining a sterile setup.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Supplies arranged on the sterile drape, including Steri-Strips, the suture removal kit, and the opened tray, with the patient's leg visible.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Hands opening a sterile glove package in preparation for donning sterile gloves.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Phase 2: Clean the wound area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Both hands, now gloved, point to and handle antiseptic swab packages arranged in a tray with other wound care supplies.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One hand already gloved picks up the second glove from the sterile field, while the other hand remains ungloved.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gloved hand applying a third Steri-Strip parallel to the others across the wound.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Phase 3: Remove sutures using proper technique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Close-up of a sutured wound on skin, showing several black stitches in place.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Gloved hand near a sutured wound, with a white towel and gauze pad nearby.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Gloved hands with forceps and scissors removing sutures from the wound, focusing on alternating stitches.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Close-up of gloved hands holding forceps and scissors near a sutured wound, highlighting the importance of where to cut the suture thread.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Gloved hands using forceps to gently grasp the suture knot, demonstrating correct technique to avoid pulling contaminated thread through the wound.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Gloved hands lifting the suture knot with forceps, preparing to pull the suture over the wound.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Scissors positioned to cut the suture close to the skin while forceps hold the knot, demonstrating the correct cutting location.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Forceps holding a removed suture above the wound, ready to drop it onto a gauze pad for disposal.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Gloved hands using forceps to grasp the suture knot and scissors positioned to cut underneath the knot, demonstrating correct removal technique.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Gloved hand holding a removed suture with forceps above a gauze pad, preparing to dispose of the suture.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Phase 4: Clean the wound and apply Steri-Strips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Gloved hands opening a foil package labeled with alcohol swabsticks and removing a swab.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Gloved hands with forceps and scissors positioned at the first suture, ready to begin removal.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Gloved hands holding a Steri-Strip above the incision, aligning it to cover the wound with proper spacing.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Gloved hands gently laying down a Steri-Strip across the incision, smoothing it without tension.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Two Steri-Strips applied across the incision, with gloved hands preparing to place another strip.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Gloved hands using forceps and scissors to remove a remaining suture near the Steri-Strips.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4" name="Picture 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Gloved hands grasping the knot and cutting underneath the final suture, demonstrating the last removal step.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Phase 5: Complete suture removal and finalize wound closure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5" name="Picture 3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gloved hand using forceps to drop removed suture threads onto a piece of gauze placed on a towel in a clean, clinical environment.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6" name="Picture 3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gloved hand holding forceps above a piece of gauze with removed suture threads, inspecting the wound area.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7" name="Picture 3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Gloved hands holding an opened antiseptic swab package above a tray of wound care supplies.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8" name="Picture 3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Hands positioned above a sterile field with gloves, medical supplies, and packaging arranged on a white towel.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9" name="Picture 3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gloved hand applying a fourth Steri-Strip, lining it up with the previous strips across the wound.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Pain management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0" name="Picture 4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Gloved hand assessing a sutured wound on a patient's leg, checking for signs of infection or complications before removal.</w:t>
      </w:r>
    </w:p>
    <w:tbl>
      <w:tblPr>
        <w:tblW w:w="8640" w:type="dxa"/>
        <w:tblStyle w:val="TableGrid"/>
        <w:tblLook w:firstColumn="1" w:firstRow="1" w:lastColumn="0" w:lastRow="0" w:noHBand="0" w:noVBand="1" w:val="04A0"/>
        <w:jc w:val="center"/>
        <w:tblLayout w:type="fixed"/>
      </w:tblPr>
      <w:tblGrid>
        <w:gridCol w:w="2160"/>
        <w:gridCol w:w="2160"/>
        <w:gridCol w:w="2160"/>
        <w:gridCol w:w="2160"/>
      </w:tblGrid>
      <w:tr>
        <w:trPr>
          <w:cantSplit/>
        </w:trPr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q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</w:p>
        </w:tc>
      </w:tr>
      <w:tr>
        <w:trPr>
          <w:cantSplit/>
        </w:trPr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</w:tr>
    </w:tbl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Mobility milestones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1" name="Picture 4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purple screen with the RegisteredNurseRN.com logo, "More Videos:" and "Subscribe" buttons, and a reminder to "Thumbs Up Share." This is an educational video outro screen.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Complication monitoring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2" name="Picture 4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gloved hand applying a Steri-Strip across a wound that already has two Steri-Strips in place.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3" name="Picture 4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Demonstration of wound dehiscence: forceps and scissors removing a suture, with a visible gap in the wound labeled "Wound Dehiscence."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Discharge criteria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4" name="Picture 4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gloved hand holding scissors near a wound that has been closed with two Steri-Strips, showing a clean wound ready for further care.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5" name="Picture 4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Five Steri-Strips neatly applied across a healed wound, with no visible gaps or complications.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Patient education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6" name="Picture 4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close-up of a wound with five parallel Steri-Strips applied and gloved hands visible, indicating the procedure is complete and gloves are about to be removed.</w:t>
      </w:r>
    </w:p>
    <w:p>
      <w:pPr/>
      <w:r>
        <w:br w:type="page"/>
      </w:r>
    </w:p>
    <w:sectPr w:rsidR="00FC693F" w:rsidRPr="0006063C" w:rsidSect="00034616">
      <w:headerReference w:type="default" r:id="rId35"/>
      <w:footerReference w:type="default" r:id="rId36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04040"/>
      <w:sz w:val="26"/>
      <w:szCs w:val="26"/>
      <w:rFonts w:ascii="Inter" w:hAnsi="Inter" w:eastAsia="Noto Sans CJK JP" w:cs="Noto Sans CJK 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image" Target="media/image15.jpg"/><Relationship Id="rId24" Type="http://schemas.openxmlformats.org/officeDocument/2006/relationships/image" Target="media/image16.jpg"/><Relationship Id="rId25" Type="http://schemas.openxmlformats.org/officeDocument/2006/relationships/image" Target="media/image17.jpg"/><Relationship Id="rId26" Type="http://schemas.openxmlformats.org/officeDocument/2006/relationships/image" Target="media/image18.jpg"/><Relationship Id="rId27" Type="http://schemas.openxmlformats.org/officeDocument/2006/relationships/image" Target="media/image19.jpg"/><Relationship Id="rId28" Type="http://schemas.openxmlformats.org/officeDocument/2006/relationships/image" Target="media/image20.jpg"/><Relationship Id="rId29" Type="http://schemas.openxmlformats.org/officeDocument/2006/relationships/image" Target="media/image21.jpg"/><Relationship Id="rId30" Type="http://schemas.openxmlformats.org/officeDocument/2006/relationships/image" Target="media/image22.jpg"/><Relationship Id="rId31" Type="http://schemas.openxmlformats.org/officeDocument/2006/relationships/image" Target="media/image23.jpg"/><Relationship Id="rId32" Type="http://schemas.openxmlformats.org/officeDocument/2006/relationships/image" Target="media/image24.jpg"/><Relationship Id="rId33" Type="http://schemas.openxmlformats.org/officeDocument/2006/relationships/image" Target="media/image25.jpg"/><Relationship Id="rId34" Type="http://schemas.openxmlformats.org/officeDocument/2006/relationships/image" Target="media/image26.jpg"/><Relationship Id="rId35" Type="http://schemas.openxmlformats.org/officeDocument/2006/relationships/header" Target="header1.xml"/><Relationship Id="rId3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