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Remove Surgical Staples: Patient Care Procedure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screen with the words "LIKE", "SHARE", and "Subscribe" in large, colorful text, along with the channel name "EmpoweRN!" and the tagline "Where we Focus on how to Become &amp; BE Better Nurses".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gently pressing down Steri-Strips applied to the wound, showing proper technique for securing the dressing.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880"/>
        <w:gridCol w:w="2880"/>
        <w:gridCol w:w="2880"/>
      </w:tblGrid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88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staple remover extracting a staple from the wound, showing the lifting technique.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1: Preparation and risk review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in blue scrubs stands in a clinical exam room with medical equipment on the wall, demonstrating hand hygiene and wound care preparation. The text "EmpoweRN! Where we Focus on how to Become &amp; BE Better Nurses" is visible in the upper left.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2: Removing the staples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staple remover held above a wound, positioned for removal, with the nurse's hands clearly visible.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3: Post-removal wound care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holding a staple remover above the wound, focused on careful inspection during removal.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opening a Steri-Strip package above the wound site, with supplies laid out for dressing application.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Phase 4: Patient instructions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simulated wound with staples aligned in a row, hands with pink nail polish pointing to the staples.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nurse in blue scrubs stands in a clinical exam room, smiling and addressing the viewer, indicating the conclusion of the demonstration and offering further support. Medical equipment is visible on the wall behind her.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Steri-Strips being applied evenly across the wound area.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