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Remove PPE in Order: CDC Example One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removal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Prepare to remove PPE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full PPE (gown, gloves, mask, goggles) holding a CDC PPE removal instruction sheet in a clinical room, with a sink, sanitizer, red sharps container, wall dispenser, and counter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Review the removal steps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holding up a CDC instruction sheet titled "How to Safely Remove Personal Protective Equipment (PPE) Example 1."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Remove the first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pinching the outside of one glove with the other gloved hand, beginning to remove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Dispose of the first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person in PPE holding a removed glove in one hand, with the other hand now ungloved.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Loosen the second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sliding a finger under the cuff of the remaining glove, preparing to remove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Remove the second glove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continuing to remove the second glove, showing one bare hand and one gloved hand.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Discard both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Remove goggles or face shield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removing goggles by touching only the straps, with hands kept away from the face.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Untie the gown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reaching to untie the gown at the back; goggles have already been removed and placed on the counter.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Undo remaining fasteners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bending forward, continuing to untie and remove the gown, with goggles and sanitizer visible on the counter.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Slide the gown off your arms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scrubs pulling the gown down by the cuffs, turning it inside out, in a clinical room with a sink, sanitizer, PPE removal instructions, and goggles on the counter.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Bundle and dispose of the gown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scrubs holding the removed, bundled gown, ready to dispose of it, now wearing only a mask, with the clinical room setup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Begin removing the face mask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scrubs reaching behind their head to remove the face mask by the straps, avoiding contact with the front of the mask.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Finish removing the face mask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scrubs continuing to remove the mask by the straps, head slightly lowered, ensuring safe removal.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Perform hand hygiene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completion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scrubs standing in the clinical room with hands clasped, having completed PPE removal; PPE removal instructions, sanitizer, and goggles are visible on the counter.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