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keepNext/>
        <w:keepLines/>
        <w:outlineLvl w:val="0"/>
      </w:pPr>
      <w:r>
        <w:rPr>
          <w:b/>
          <w:color w:val="404040"/>
          <w:sz w:val="44"/>
          <w:rFonts w:ascii="Inter" w:hAnsi="Inter" w:eastAsia="Noto Sans CJK JP" w:cs="Noto Sans CJK JP"/>
        </w:rPr>
        <w:t>How to Remove a Foley Catheter (Female Patient): Patient Care Procedure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Catheter released from the securement device, with the device still attached to the mannequin's thigh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Nurse assisting an older patient with an IV pole in a hospital room, monitor in the background, next to Patient Education notes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Purpose &amp; scope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Close-up of a Foley catheter urine collection bag with measurement markings, a gloved hand pointing to the drainage port, and the on-screen note: You can also empty here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Patient assessment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br/>
      </w:r>
    </w:p>
    <w:p>
      <w:pPr>
        <w:pStyle w:val="ListNumber2"/>
      </w:pP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'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x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:</w:t>
      </w:r>
    </w:p>
    <w:tbl>
      <w:tblPr>
        <w:tblW w:w="8640" w:type="dxa"/>
        <w:tblStyle w:val="TableGrid"/>
        <w:tblLook w:firstColumn="1" w:firstRow="1" w:lastColumn="0" w:lastRow="0" w:noHBand="0" w:noVBand="1" w:val="04A0"/>
        <w:jc w:val="center"/>
        <w:tblLayout w:type="fixed"/>
      </w:tblPr>
      <w:tblGrid>
        <w:gridCol w:w="4320"/>
        <w:gridCol w:w="4320"/>
      </w:tblGrid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(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)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-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</w:tr>
    </w:tbl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Nurse standing next to a mannequin beside an on-screen checklist reading: Obtain doctor's order, Verify everything, Explain procedure and get consent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Soap dispenser and basin beside a supply checklist listing syringe, clean gloves, soap and basin, washcloth, towels, waterproof pad, graduated cylinder, and alcohol prep pads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Graduated cylinder beside the same supply checklist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>4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Gloved hands holding a syringe attached to the balloon port of a Foley catheter, with a mannequin and a waterproof pad in the background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Care protocol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Phase 1: Hand hygiene and gloving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Hands being washed under running water with soap, labeled: Perform hand hygiene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Phase 2: Empty and measure the Foley bag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Gloved hands pointing to urine remaining in the Foley catheter tubing, with a waterproof pad underneath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Urine collection bag beside the same supply checklist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Phase 3: Position the patient and remove the securement device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Nurse in purple scrubs placing a waterproof pad under a mannequin's hips, with the mannequin covered by a sheet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Patient lying on her back with knees bent and legs apart, hands resting on her abdomen, labeled: Dorsal recumbent position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"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.</w:t>
      </w:r>
      <w:r>
        <w:rPr>
          <w:b/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3</w:t>
      </w:r>
      <w:r>
        <w:rPr>
          <w:color w:val="404040"/>
          <w:sz w:val="24"/>
          <w:rFonts w:ascii="Inter" w:hAnsi="Inter" w:eastAsia="Noto Sans CJK JP" w:cs="Noto Sans CJK JP"/>
        </w:rPr>
        <w:t>–</w:t>
      </w:r>
      <w:r>
        <w:rPr>
          <w:color w:val="404040"/>
          <w:sz w:val="24"/>
          <w:rFonts w:ascii="Inter" w:hAnsi="Inter" w:eastAsia="Noto Sans CJK JP" w:cs="Noto Sans CJK JP"/>
        </w:rPr>
        <w:t>6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Gloved hands near a Foley catheter securement device on a mannequin's thigh, labeled: Remove with alcohol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Gloved hands unclipping the Foley catheter from the securement device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5" name="Picture 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Gloved hands using an alcohol pad to dissolve the adhesive of the securement device, labeled: Remove with alcohol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6" name="Picture 1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On-screen tip reading: It may take 3-6 new alcohol pads to dissolve adhesive, with gloved hands working to remove the securement device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7" name="Picture 1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Gloved hands gently peeling up the securement device with an alcohol pad, next to the note: If it stops peeling up easily, switch to a new alcohol pad. Don't rip off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8" name="Picture 1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Gloved hands finishing removal of the securement device, cleaning the area with an alcohol pad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Phase 4: Provide perineal and catheter care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9" name="Picture 1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Gloved hand cleaning the perineal area of a mannequin, labeled: Next, provide peri-care and catheter care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0" name="Picture 2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Close-up of the urine collection bag with measurement markings and the drainage port, repeated to confirm the full volume has been measured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Phase 5: Deflate the balloon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1" name="Picture 2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Gloved hands holding a 10 mL syringe, preparing to attach it to the green balloon inflation port, with the mannequin and catheter tubing on a waterproof pad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2" name="Picture 2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Gloved hands connecting the 10 mL syringe to the green balloon port, preparing for passive deflation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3" name="Picture 2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Gloved hands holding the syringe connected to the balloon port, ready for deflation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4" name="Picture 2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Gloved hands holding the syringe with water visible inside as the balloon deflates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5" name="Picture 2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Gloved hands holding the syringe as the balloon water is withdrawn passively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Phase 6: Remove the catheter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6" name="Picture 2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Gloved hands holding the catheter tubing at the port, with the catheter still in place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7" name="Picture 2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Gloved hands beginning to withdraw the catheter, with the catheter partially removed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Phase 7: Post-removal care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8" name="Picture 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Gloved hand holding a gauze pad while cleaning the perineal area of a mannequin, labeled: Next, provide peri-care and catheter care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9" name="Picture 2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Hands donning blue gloves, labeled: Don gloves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30" name="Picture 3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Gloved hands holding the removed catheter and inspecting it for integrity, with the mannequin visible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31" name="Picture 3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Gloved hands wrapping the catheter in a waterproof pad, with the catheter tubing visible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32" name="Picture 3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Nurse assisting a patient out of bed, patient holding an IV pole, hospital room with a monitor in the background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Pain management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33" name="Picture 3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Person holding their nose in discomfort, with bold text reading Not Normal! next to Patient Education notes on abnormal findings and hydration advice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Mobility milestones</w:t>
      </w:r>
    </w:p>
    <w:tbl>
      <w:tblPr>
        <w:tblW w:w="8640" w:type="dxa"/>
        <w:tblStyle w:val="TableGrid"/>
        <w:tblLook w:firstColumn="1" w:firstRow="1" w:lastColumn="0" w:lastRow="0" w:noHBand="0" w:noVBand="1" w:val="04A0"/>
        <w:jc w:val="center"/>
        <w:tblLayout w:type="fixed"/>
      </w:tblPr>
      <w:tblGrid>
        <w:gridCol w:w="2880"/>
        <w:gridCol w:w="2880"/>
        <w:gridCol w:w="2880"/>
      </w:tblGrid>
      <w:tr>
        <w:trPr>
          <w:cantSplit/>
        </w:trPr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</w:tr>
      <w:tr>
        <w:trPr>
          <w:cantSplit/>
        </w:trPr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–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3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;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z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z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</w:tr>
      <w:tr>
        <w:trPr>
          <w:cantSplit/>
        </w:trPr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6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;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</w:p>
        </w:tc>
      </w:tr>
    </w:tbl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34" name="Picture 3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Patient in a hospital bed, smiling, next to Patient Education notes: notify before voiding, void within 6 hours, complete stream, notify physician if not voiding, measure and document first void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Complication monitoring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: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—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35" name="Picture 3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Syringe attached to the green port of the catheter tubing, gloved hands holding syringe and port, patient mannequin on a white absorbent pad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36" name="Picture 3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Person with curly hair, head in hands, looking uncomfortable, next to Patient Education notes on irritation, urge, trouble starting the stream, abnormal findings, and hydration advice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Discharge criteria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: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6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37" name="Picture 3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Gloved hand lifting the Foley catheter tubing to let urine drain into the collection bag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Patient education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br/>
      </w:r>
    </w:p>
    <w:p>
      <w:pPr>
        <w:pStyle w:val="ListNumber2"/>
        <w:keepNext/>
        <w:keepLines/>
      </w:pP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38" name="Picture 3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Nurse in blue scrubs on the phone at a desk, writing in a chart, next to Patient Education notes</w:t>
      </w:r>
    </w:p>
    <w:p>
      <w:pPr/>
      <w:r>
        <w:br/>
      </w:r>
    </w:p>
    <w:p>
      <w:pPr>
        <w:pStyle w:val="ListNumber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39" name="Picture 3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Patient in a hospital bed, smiling, next to Patient Education notes emphasizing notifying staff and using the call light</w:t>
      </w:r>
    </w:p>
    <w:p>
      <w:pPr/>
      <w:r>
        <w:br/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3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40" name="Picture 4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Toilet with a graduated collection hat showing measurement markings in ounces and cc, next to Patient Education notes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41" name="Picture 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Toilet with a graduated collection hat and a large green check mark, next to Patient Education notes</w:t>
      </w:r>
    </w:p>
    <w:p>
      <w:pPr/>
      <w:r>
        <w:br/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2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42" name="Picture 4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Person holding their nose in discomfort, with bold text reading Not Normal! next to Patient Education notes on abnormal findings and hydration advice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43" name="Picture 4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Steaming cup of coffee with a large red X over it, surrounded by coffee beans, next to Patient Education notes: avoid caffeine, drink water every 2 hours</w:t>
      </w:r>
    </w:p>
    <w:p>
      <w:pPr/>
      <w:r>
        <w:br w:type="page"/>
      </w:r>
    </w:p>
    <w:sectPr w:rsidR="00FC693F" w:rsidRPr="0006063C" w:rsidSect="00034616">
      <w:headerReference w:type="default" r:id="rId35"/>
      <w:footerReference w:type="default" r:id="rId36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t>Generated with docsie.io</w:t>
    </w:r>
  </w:p>
  <w:p>
    <w:pPr>
      <w:jc w:val="right"/>
    </w:pPr>
    <w:r>
      <w:fldChar w:fldCharType="begin"/>
      <w:instrText xml:space="preserve">PAGE</w:instrText>
      <w:fldChar w:fldCharType="end"/>
    </w:r>
    <w:r>
      <w:t xml:space="preserve"> / </w:t>
    </w:r>
    <w:r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 w:eastAsia="Noto Sans CJK JP" w:cs="Noto Sans CJK JP"/>
      <w:color w:val="40404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b/>
      <w:bCs/>
      <w:color w:val="404040"/>
      <w:sz w:val="28"/>
      <w:szCs w:val="28"/>
      <w:rFonts w:ascii="Inter" w:hAnsi="Inter" w:eastAsia="Noto Sans CJK JP" w:cs="Noto Sans CJK 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b/>
      <w:bCs/>
      <w:color w:val="404040"/>
      <w:sz w:val="26"/>
      <w:szCs w:val="26"/>
      <w:rFonts w:ascii="Inter" w:hAnsi="Inter" w:eastAsia="Noto Sans CJK JP" w:cs="Noto Sans CJK 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color w:val="404040"/>
      <w:spacing w:val="5"/>
      <w:kern w:val="28"/>
      <w:sz w:val="52"/>
      <w:szCs w:val="52"/>
      <w:rFonts w:ascii="Inter" w:hAnsi="Inter" w:eastAsia="Noto Sans CJK JP" w:cs="Noto Sans CJK JP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rFonts w:ascii="Inter" w:hAnsi="Inter" w:eastAsia="Noto Sans CJK JP" w:cs="Noto Sans CJK JP"/>
      <w:color w:val="404040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  <w:rPr>
      <w:rFonts w:ascii="Inter" w:hAnsi="Inter" w:eastAsia="Noto Sans CJK JP" w:cs="Noto Sans CJK JP"/>
      <w:color w:val="404040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04040"/>
      <w:sz w:val="20"/>
      <w:szCs w:val="18"/>
      <w:rFonts w:ascii="Inter" w:hAnsi="Inter" w:eastAsia="Noto Sans CJK JP" w:cs="Noto Sans CJK JP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Relationship Id="rId10" Type="http://schemas.openxmlformats.org/officeDocument/2006/relationships/image" Target="media/image2.jpg"/><Relationship Id="rId11" Type="http://schemas.openxmlformats.org/officeDocument/2006/relationships/image" Target="media/image3.jpg"/><Relationship Id="rId12" Type="http://schemas.openxmlformats.org/officeDocument/2006/relationships/image" Target="media/image4.jpg"/><Relationship Id="rId13" Type="http://schemas.openxmlformats.org/officeDocument/2006/relationships/image" Target="media/image5.jpg"/><Relationship Id="rId14" Type="http://schemas.openxmlformats.org/officeDocument/2006/relationships/image" Target="media/image6.jpg"/><Relationship Id="rId15" Type="http://schemas.openxmlformats.org/officeDocument/2006/relationships/image" Target="media/image7.jpg"/><Relationship Id="rId16" Type="http://schemas.openxmlformats.org/officeDocument/2006/relationships/image" Target="media/image8.jpg"/><Relationship Id="rId17" Type="http://schemas.openxmlformats.org/officeDocument/2006/relationships/image" Target="media/image9.jpg"/><Relationship Id="rId18" Type="http://schemas.openxmlformats.org/officeDocument/2006/relationships/image" Target="media/image10.jpg"/><Relationship Id="rId19" Type="http://schemas.openxmlformats.org/officeDocument/2006/relationships/image" Target="media/image11.jpg"/><Relationship Id="rId20" Type="http://schemas.openxmlformats.org/officeDocument/2006/relationships/image" Target="media/image12.jpg"/><Relationship Id="rId21" Type="http://schemas.openxmlformats.org/officeDocument/2006/relationships/image" Target="media/image13.jpg"/><Relationship Id="rId22" Type="http://schemas.openxmlformats.org/officeDocument/2006/relationships/image" Target="media/image14.jpg"/><Relationship Id="rId23" Type="http://schemas.openxmlformats.org/officeDocument/2006/relationships/image" Target="media/image15.jpg"/><Relationship Id="rId24" Type="http://schemas.openxmlformats.org/officeDocument/2006/relationships/image" Target="media/image16.jpg"/><Relationship Id="rId25" Type="http://schemas.openxmlformats.org/officeDocument/2006/relationships/image" Target="media/image17.jpg"/><Relationship Id="rId26" Type="http://schemas.openxmlformats.org/officeDocument/2006/relationships/image" Target="media/image18.jpg"/><Relationship Id="rId27" Type="http://schemas.openxmlformats.org/officeDocument/2006/relationships/image" Target="media/image19.jpg"/><Relationship Id="rId28" Type="http://schemas.openxmlformats.org/officeDocument/2006/relationships/image" Target="media/image20.jpg"/><Relationship Id="rId29" Type="http://schemas.openxmlformats.org/officeDocument/2006/relationships/image" Target="media/image21.jpg"/><Relationship Id="rId30" Type="http://schemas.openxmlformats.org/officeDocument/2006/relationships/image" Target="media/image22.jpg"/><Relationship Id="rId31" Type="http://schemas.openxmlformats.org/officeDocument/2006/relationships/image" Target="media/image23.jpg"/><Relationship Id="rId32" Type="http://schemas.openxmlformats.org/officeDocument/2006/relationships/image" Target="media/image24.jpg"/><Relationship Id="rId33" Type="http://schemas.openxmlformats.org/officeDocument/2006/relationships/image" Target="media/image25.jpg"/><Relationship Id="rId34" Type="http://schemas.openxmlformats.org/officeDocument/2006/relationships/image" Target="media/image26.jpg"/><Relationship Id="rId35" Type="http://schemas.openxmlformats.org/officeDocument/2006/relationships/header" Target="header1.xml"/><Relationship Id="rId3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